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000000"/>
  <w:body>
    <w:p w14:paraId="21474BEF" w14:textId="012C45A0" w:rsidR="00D70979" w:rsidRPr="00E56B01" w:rsidRDefault="00000000">
      <w:pPr>
        <w:pStyle w:val="Title"/>
        <w:keepLines/>
        <w:rPr>
          <w:sz w:val="144"/>
          <w:szCs w:val="96"/>
        </w:rPr>
      </w:pPr>
      <w:r>
        <w:rPr>
          <w:sz w:val="24"/>
          <w:szCs w:val="24"/>
        </w:rPr>
        <w:pict w14:anchorId="4084C247">
          <v:rect id="Web2BlackFlow10" o:spid="_x0000_s2097" style="position:absolute;margin-left:0;margin-top:-27.85pt;width:612pt;height:782.4pt;z-index:-251654144;mso-position-horizontal-relative:page;mso-position-vertical-relative:page" fillcolor="black" stroked="f">
            <w10:wrap anchorx="page" anchory="page"/>
          </v:rect>
        </w:pict>
      </w:r>
      <w:r w:rsidR="00762FD4" w:rsidRPr="00E56B01">
        <w:rPr>
          <w:sz w:val="144"/>
          <w:szCs w:val="96"/>
        </w:rPr>
        <w:t>MACD</w:t>
      </w:r>
      <w:r w:rsidR="003D3DD8">
        <w:rPr>
          <w:sz w:val="144"/>
          <w:szCs w:val="96"/>
        </w:rPr>
        <w:t>-</w:t>
      </w:r>
      <w:proofErr w:type="spellStart"/>
      <w:r w:rsidR="00762FD4" w:rsidRPr="00E56B01">
        <w:rPr>
          <w:sz w:val="144"/>
          <w:szCs w:val="96"/>
        </w:rPr>
        <w:t>X</w:t>
      </w:r>
      <w:r w:rsidR="000B7D5D">
        <w:rPr>
          <w:sz w:val="144"/>
          <w:szCs w:val="96"/>
        </w:rPr>
        <w:t>ross</w:t>
      </w:r>
      <w:r w:rsidR="003D3DD8">
        <w:rPr>
          <w:sz w:val="144"/>
          <w:szCs w:val="96"/>
        </w:rPr>
        <w:t>ing</w:t>
      </w:r>
      <w:proofErr w:type="spellEnd"/>
      <w:r>
        <w:rPr>
          <w:sz w:val="72"/>
          <w:szCs w:val="56"/>
        </w:rPr>
        <w:pict w14:anchorId="74D48DB6">
          <v:rect id="Web2BlackFlow0" o:spid="_x0000_s2107" style="position:absolute;margin-left:0;margin-top:0;width:612pt;height:11in;z-index:-251664384;mso-position-horizontal-relative:page;mso-position-vertical-relative:page" fillcolor="black" stroked="f">
            <w10:wrap anchorx="page" anchory="page"/>
          </v:rect>
        </w:pict>
      </w:r>
    </w:p>
    <w:p w14:paraId="4738C4A6" w14:textId="77777777" w:rsidR="00D70979" w:rsidRPr="00E56B01" w:rsidRDefault="00762FD4">
      <w:pPr>
        <w:pStyle w:val="Heading2"/>
        <w:rPr>
          <w:sz w:val="40"/>
          <w:szCs w:val="36"/>
        </w:rPr>
      </w:pPr>
      <w:r w:rsidRPr="00E56B01">
        <w:rPr>
          <w:sz w:val="40"/>
          <w:szCs w:val="36"/>
        </w:rPr>
        <w:t>Find new candidates for a CHARM trade</w:t>
      </w:r>
      <w:r w:rsidR="00000000">
        <w:rPr>
          <w:sz w:val="32"/>
          <w:szCs w:val="28"/>
        </w:rPr>
        <w:pict w14:anchorId="194D8398">
          <v:rect id="Web2BlackFlow1" o:spid="_x0000_s2106" style="position:absolute;margin-left:0;margin-top:0;width:612pt;height:11in;z-index:-251663360;mso-position-horizontal-relative:page;mso-position-vertical-relative:page" fillcolor="black" stroked="f">
            <w10:wrap anchorx="page" anchory="page"/>
          </v:rect>
        </w:pict>
      </w:r>
    </w:p>
    <w:p w14:paraId="67DCF051" w14:textId="77777777" w:rsidR="00D70979" w:rsidRPr="00E56B01" w:rsidRDefault="00762FD4">
      <w:pPr>
        <w:keepLines/>
        <w:rPr>
          <w:sz w:val="32"/>
          <w:szCs w:val="32"/>
        </w:rPr>
      </w:pPr>
      <w:r w:rsidRPr="00E56B01">
        <w:rPr>
          <w:sz w:val="32"/>
          <w:szCs w:val="32"/>
        </w:rPr>
        <w:t>MACDX searches for stocks you do not already own whose blue daily MACD line recently crossed above the gold signal line and remains above it. It narrows the market, tests past examples and gives you a sortable list of candidates to review before choosing a chart or a trade.</w:t>
      </w:r>
      <w:r w:rsidR="00000000">
        <w:rPr>
          <w:sz w:val="24"/>
          <w:szCs w:val="24"/>
        </w:rPr>
        <w:pict w14:anchorId="4DBE1717">
          <v:rect id="Web2BlackFlow2" o:spid="_x0000_s2105" style="position:absolute;margin-left:0;margin-top:0;width:612pt;height:11in;z-index:-251662336;mso-position-horizontal-relative:page;mso-position-vertical-relative:page" fillcolor="black" stroked="f">
            <w10:wrap anchorx="page" anchory="page"/>
          </v:rect>
        </w:pict>
      </w:r>
    </w:p>
    <w:p w14:paraId="21FC2F5D" w14:textId="77777777" w:rsidR="00D70979" w:rsidRPr="00E56B01" w:rsidRDefault="00762FD4">
      <w:pPr>
        <w:keepLines/>
        <w:rPr>
          <w:sz w:val="32"/>
          <w:szCs w:val="32"/>
        </w:rPr>
      </w:pPr>
      <w:r w:rsidRPr="00E56B01">
        <w:rPr>
          <w:sz w:val="32"/>
          <w:szCs w:val="32"/>
        </w:rPr>
        <w:t>Its purpose is to find improving momentum with useful historical evidence. It attempts to make your search more focused; it does not predict a guaranteed winner or buy automatically.</w:t>
      </w:r>
      <w:r w:rsidR="00000000">
        <w:rPr>
          <w:sz w:val="24"/>
          <w:szCs w:val="24"/>
        </w:rPr>
        <w:pict w14:anchorId="1088A207">
          <v:rect id="Web2BlackFlow3" o:spid="_x0000_s2104" style="position:absolute;margin-left:0;margin-top:0;width:612pt;height:11in;z-index:-251661312;mso-position-horizontal-relative:page;mso-position-vertical-relative:page" fillcolor="black" stroked="f">
            <w10:wrap anchorx="page" anchory="page"/>
          </v:rect>
        </w:pict>
      </w:r>
    </w:p>
    <w:p w14:paraId="62B1D7C1" w14:textId="77777777" w:rsidR="00D70979" w:rsidRPr="00E56B01" w:rsidRDefault="00762FD4">
      <w:pPr>
        <w:pStyle w:val="Heading2"/>
        <w:rPr>
          <w:sz w:val="40"/>
          <w:szCs w:val="36"/>
        </w:rPr>
      </w:pPr>
      <w:r w:rsidRPr="00E56B01">
        <w:rPr>
          <w:sz w:val="40"/>
          <w:szCs w:val="36"/>
        </w:rPr>
        <w:t>How it works</w:t>
      </w:r>
      <w:r w:rsidR="00000000">
        <w:rPr>
          <w:sz w:val="32"/>
          <w:szCs w:val="28"/>
        </w:rPr>
        <w:pict w14:anchorId="64BCA3C2">
          <v:rect id="Web2BlackFlow4" o:spid="_x0000_s2103" style="position:absolute;margin-left:0;margin-top:0;width:612pt;height:11in;z-index:-251660288;mso-position-horizontal-relative:page;mso-position-vertical-relative:page" fillcolor="black" stroked="f">
            <w10:wrap anchorx="page" anchory="page"/>
          </v:rect>
        </w:pict>
      </w:r>
    </w:p>
    <w:p w14:paraId="5BAEE034" w14:textId="77777777" w:rsidR="00D70979" w:rsidRPr="00E56B01" w:rsidRDefault="00762FD4">
      <w:pPr>
        <w:keepLines/>
        <w:rPr>
          <w:sz w:val="32"/>
          <w:szCs w:val="32"/>
        </w:rPr>
      </w:pPr>
      <w:r w:rsidRPr="00E56B01">
        <w:rPr>
          <w:b/>
          <w:color w:val="FFC526"/>
          <w:sz w:val="32"/>
          <w:szCs w:val="32"/>
        </w:rPr>
        <w:t xml:space="preserve">1. Filter the </w:t>
      </w:r>
      <w:proofErr w:type="gramStart"/>
      <w:r w:rsidRPr="00E56B01">
        <w:rPr>
          <w:b/>
          <w:color w:val="FFC526"/>
          <w:sz w:val="32"/>
          <w:szCs w:val="32"/>
        </w:rPr>
        <w:t xml:space="preserve">market  </w:t>
      </w:r>
      <w:r w:rsidRPr="00E56B01">
        <w:rPr>
          <w:sz w:val="32"/>
          <w:szCs w:val="32"/>
        </w:rPr>
        <w:t>Set</w:t>
      </w:r>
      <w:proofErr w:type="gramEnd"/>
      <w:r w:rsidRPr="00E56B01">
        <w:rPr>
          <w:sz w:val="32"/>
          <w:szCs w:val="32"/>
        </w:rPr>
        <w:t xml:space="preserve"> price, volume and crossover age. FAST PREFILTER narrows the exchange list before individual broker histories are downloaded. Owned positions are excluded.</w:t>
      </w:r>
      <w:r w:rsidR="00000000">
        <w:rPr>
          <w:sz w:val="24"/>
          <w:szCs w:val="24"/>
        </w:rPr>
        <w:pict w14:anchorId="33E332AD">
          <v:rect id="Web2BlackFlow5" o:spid="_x0000_s2102" style="position:absolute;margin-left:0;margin-top:0;width:612pt;height:11in;z-index:-251659264;mso-position-horizontal-relative:page;mso-position-vertical-relative:page" fillcolor="black" stroked="f">
            <w10:wrap anchorx="page" anchory="page"/>
          </v:rect>
        </w:pict>
      </w:r>
    </w:p>
    <w:p w14:paraId="5EDC039B" w14:textId="77777777" w:rsidR="00D70979" w:rsidRPr="00E56B01" w:rsidRDefault="00762FD4">
      <w:pPr>
        <w:keepLines/>
        <w:rPr>
          <w:sz w:val="32"/>
          <w:szCs w:val="32"/>
        </w:rPr>
      </w:pPr>
      <w:r w:rsidRPr="00E56B01">
        <w:rPr>
          <w:b/>
          <w:color w:val="FFC526"/>
          <w:sz w:val="32"/>
          <w:szCs w:val="32"/>
        </w:rPr>
        <w:t xml:space="preserve">2. Check past </w:t>
      </w:r>
      <w:proofErr w:type="gramStart"/>
      <w:r w:rsidRPr="00E56B01">
        <w:rPr>
          <w:b/>
          <w:color w:val="FFC526"/>
          <w:sz w:val="32"/>
          <w:szCs w:val="32"/>
        </w:rPr>
        <w:t xml:space="preserve">trades  </w:t>
      </w:r>
      <w:r w:rsidRPr="00E56B01">
        <w:rPr>
          <w:sz w:val="32"/>
          <w:szCs w:val="32"/>
        </w:rPr>
        <w:t>FIND</w:t>
      </w:r>
      <w:proofErr w:type="gramEnd"/>
      <w:r w:rsidRPr="00E56B01">
        <w:rPr>
          <w:sz w:val="32"/>
          <w:szCs w:val="32"/>
        </w:rPr>
        <w:t xml:space="preserve"> A CHARM WINNER requests up to five years of daily history and simulates CHARM entries, stops, limits and trailing exits after costs.</w:t>
      </w:r>
      <w:r w:rsidR="00000000">
        <w:rPr>
          <w:sz w:val="24"/>
          <w:szCs w:val="24"/>
        </w:rPr>
        <w:pict w14:anchorId="2E1BF196">
          <v:rect id="Web2BlackFlow6" o:spid="_x0000_s2101" style="position:absolute;margin-left:0;margin-top:0;width:612pt;height:11in;z-index:-251658240;mso-position-horizontal-relative:page;mso-position-vertical-relative:page" fillcolor="black" stroked="f">
            <w10:wrap anchorx="page" anchory="page"/>
          </v:rect>
        </w:pict>
      </w:r>
    </w:p>
    <w:p w14:paraId="39832D8C" w14:textId="77777777" w:rsidR="00D70979" w:rsidRPr="00E56B01" w:rsidRDefault="00762FD4">
      <w:pPr>
        <w:keepLines/>
        <w:rPr>
          <w:sz w:val="32"/>
          <w:szCs w:val="32"/>
        </w:rPr>
      </w:pPr>
      <w:r w:rsidRPr="00E56B01">
        <w:rPr>
          <w:b/>
          <w:color w:val="FFC526"/>
          <w:sz w:val="32"/>
          <w:szCs w:val="32"/>
        </w:rPr>
        <w:t xml:space="preserve">3. Compare and </w:t>
      </w:r>
      <w:proofErr w:type="gramStart"/>
      <w:r w:rsidRPr="00E56B01">
        <w:rPr>
          <w:b/>
          <w:color w:val="FFC526"/>
          <w:sz w:val="32"/>
          <w:szCs w:val="32"/>
        </w:rPr>
        <w:t xml:space="preserve">choose  </w:t>
      </w:r>
      <w:r w:rsidRPr="00E56B01">
        <w:rPr>
          <w:sz w:val="32"/>
          <w:szCs w:val="32"/>
        </w:rPr>
        <w:t>Review</w:t>
      </w:r>
      <w:proofErr w:type="gramEnd"/>
      <w:r w:rsidRPr="00E56B01">
        <w:rPr>
          <w:sz w:val="32"/>
          <w:szCs w:val="32"/>
        </w:rPr>
        <w:t xml:space="preserve"> BUY SCORE / 100, historical win rate, sample size and weaknesses. Select a row, then LOAD CHART. Only your chosen chart loads.</w:t>
      </w:r>
      <w:r w:rsidR="00000000">
        <w:rPr>
          <w:sz w:val="24"/>
          <w:szCs w:val="24"/>
        </w:rPr>
        <w:pict w14:anchorId="010FE010">
          <v:rect id="Web2BlackFlow7" o:spid="_x0000_s2100" style="position:absolute;margin-left:0;margin-top:0;width:612pt;height:11in;z-index:-251657216;mso-position-horizontal-relative:page;mso-position-vertical-relative:page" fillcolor="black" stroked="f">
            <w10:wrap anchorx="page" anchory="page"/>
          </v:rect>
        </w:pict>
      </w:r>
    </w:p>
    <w:p w14:paraId="78771E56" w14:textId="77777777" w:rsidR="00D70979" w:rsidRPr="00E56B01" w:rsidRDefault="00762FD4">
      <w:pPr>
        <w:pStyle w:val="Heading2"/>
        <w:rPr>
          <w:sz w:val="40"/>
          <w:szCs w:val="36"/>
        </w:rPr>
      </w:pPr>
      <w:r w:rsidRPr="00E56B01">
        <w:rPr>
          <w:sz w:val="40"/>
          <w:szCs w:val="36"/>
        </w:rPr>
        <w:t>Open MACDX in Web2</w:t>
      </w:r>
      <w:r w:rsidR="00000000">
        <w:rPr>
          <w:sz w:val="32"/>
          <w:szCs w:val="28"/>
        </w:rPr>
        <w:pict w14:anchorId="59136DC0">
          <v:rect id="Web2BlackFlow8" o:spid="_x0000_s2099" style="position:absolute;margin-left:0;margin-top:0;width:612pt;height:11in;z-index:-251656192;mso-position-horizontal-relative:page;mso-position-vertical-relative:page" fillcolor="black" stroked="f">
            <w10:wrap anchorx="page" anchory="page"/>
          </v:rect>
        </w:pict>
      </w:r>
    </w:p>
    <w:p w14:paraId="0CD3B837" w14:textId="77777777" w:rsidR="00D70979" w:rsidRPr="00E56B01" w:rsidRDefault="00762FD4">
      <w:pPr>
        <w:keepLines/>
        <w:rPr>
          <w:sz w:val="32"/>
          <w:szCs w:val="32"/>
        </w:rPr>
      </w:pPr>
      <w:r w:rsidRPr="00E56B01">
        <w:rPr>
          <w:b/>
          <w:color w:val="FFC526"/>
          <w:sz w:val="32"/>
          <w:szCs w:val="32"/>
        </w:rPr>
        <w:t xml:space="preserve">1. Open a stock </w:t>
      </w:r>
      <w:proofErr w:type="gramStart"/>
      <w:r w:rsidRPr="00E56B01">
        <w:rPr>
          <w:b/>
          <w:color w:val="FFC526"/>
          <w:sz w:val="32"/>
          <w:szCs w:val="32"/>
        </w:rPr>
        <w:t xml:space="preserve">chart  </w:t>
      </w:r>
      <w:r w:rsidRPr="00E56B01">
        <w:rPr>
          <w:sz w:val="32"/>
          <w:szCs w:val="32"/>
        </w:rPr>
        <w:t>In</w:t>
      </w:r>
      <w:proofErr w:type="gramEnd"/>
      <w:r w:rsidRPr="00E56B01">
        <w:rPr>
          <w:sz w:val="32"/>
          <w:szCs w:val="32"/>
        </w:rPr>
        <w:t xml:space="preserve"> CHARM Web2, open a stock chart to display the OPEN CHART window.</w:t>
      </w:r>
      <w:r w:rsidR="00000000">
        <w:rPr>
          <w:sz w:val="24"/>
          <w:szCs w:val="24"/>
        </w:rPr>
        <w:pict w14:anchorId="59663179">
          <v:rect id="Web2BlackFlow9" o:spid="_x0000_s2098" style="position:absolute;margin-left:0;margin-top:0;width:612pt;height:11in;z-index:-251655168;mso-position-horizontal-relative:page;mso-position-vertical-relative:page" fillcolor="black" stroked="f">
            <w10:wrap anchorx="page" anchory="page"/>
          </v:rect>
        </w:pict>
      </w:r>
    </w:p>
    <w:p w14:paraId="314EC9E8" w14:textId="68BEE486" w:rsidR="00D70979" w:rsidRPr="00E56B01" w:rsidRDefault="00952D9D">
      <w:pPr>
        <w:keepLines/>
        <w:rPr>
          <w:sz w:val="32"/>
          <w:szCs w:val="32"/>
        </w:rPr>
      </w:pPr>
      <w:r>
        <w:rPr>
          <w:noProof/>
          <w:sz w:val="144"/>
          <w:szCs w:val="96"/>
        </w:rPr>
        <mc:AlternateContent>
          <mc:Choice Requires="wps">
            <w:drawing>
              <wp:anchor distT="0" distB="0" distL="114300" distR="114300" simplePos="0" relativeHeight="251625984" behindDoc="0" locked="0" layoutInCell="1" allowOverlap="1" wp14:anchorId="0FCD1CBD" wp14:editId="07539CE5">
                <wp:simplePos x="0" y="0"/>
                <wp:positionH relativeFrom="page">
                  <wp:posOffset>2670048</wp:posOffset>
                </wp:positionH>
                <wp:positionV relativeFrom="page">
                  <wp:posOffset>9339072</wp:posOffset>
                </wp:positionV>
                <wp:extent cx="2438400" cy="316865"/>
                <wp:effectExtent l="0" t="0" r="0" b="6985"/>
                <wp:wrapNone/>
                <wp:docPr id="2" name="Text Box 2"/>
                <wp:cNvGraphicFramePr/>
                <a:graphic xmlns:a="http://schemas.openxmlformats.org/drawingml/2006/main">
                  <a:graphicData uri="http://schemas.microsoft.com/office/word/2010/wordprocessingShape">
                    <wps:wsp>
                      <wps:cNvSpPr txBox="1"/>
                      <wps:spPr>
                        <a:xfrm>
                          <a:off x="0" y="0"/>
                          <a:ext cx="2438400" cy="31686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986569" w14:textId="1081C229" w:rsidR="00857D04" w:rsidRPr="00857D04" w:rsidRDefault="00857D04" w:rsidP="00857D04">
                            <w:pPr>
                              <w:spacing w:after="0"/>
                              <w:jc w:val="center"/>
                              <w:rPr>
                                <w:rFonts w:cs="Calibri"/>
                                <w:b/>
                                <w:color w:val="FFFF00"/>
                                <w:sz w:val="28"/>
                              </w:rPr>
                            </w:pPr>
                            <w:r w:rsidRPr="00857D04">
                              <w:rPr>
                                <w:rFonts w:cs="Calibri"/>
                                <w:b/>
                                <w:color w:val="FFFF00"/>
                                <w:sz w:val="28"/>
                              </w:rPr>
                              <w:t xml:space="preserve">Page </w:t>
                            </w:r>
                            <w:r w:rsidRPr="00857D04">
                              <w:rPr>
                                <w:rFonts w:cs="Calibri"/>
                                <w:b/>
                                <w:color w:val="FFFF00"/>
                                <w:sz w:val="28"/>
                              </w:rPr>
                              <w:fldChar w:fldCharType="begin"/>
                            </w:r>
                            <w:r w:rsidRPr="00857D04">
                              <w:rPr>
                                <w:rFonts w:cs="Calibri"/>
                                <w:b/>
                                <w:color w:val="FFFF00"/>
                                <w:sz w:val="28"/>
                              </w:rPr>
                              <w:instrText xml:space="preserve"> PAGE </w:instrText>
                            </w:r>
                            <w:r w:rsidRPr="00857D04">
                              <w:rPr>
                                <w:rFonts w:cs="Calibri"/>
                                <w:b/>
                                <w:color w:val="FFFF00"/>
                                <w:sz w:val="28"/>
                              </w:rPr>
                              <w:fldChar w:fldCharType="separate"/>
                            </w:r>
                            <w:r>
                              <w:rPr>
                                <w:rFonts w:cs="Calibri"/>
                                <w:b/>
                                <w:noProof/>
                                <w:color w:val="FFFF00"/>
                                <w:sz w:val="28"/>
                              </w:rPr>
                              <w:t>1</w:t>
                            </w:r>
                            <w:r w:rsidRPr="00857D04">
                              <w:rPr>
                                <w:rFonts w:cs="Calibri"/>
                                <w:b/>
                                <w:color w:val="FFFF00"/>
                                <w:sz w:val="28"/>
                              </w:rPr>
                              <w:fldChar w:fldCharType="end"/>
                            </w:r>
                            <w:r w:rsidRPr="00857D04">
                              <w:rPr>
                                <w:rFonts w:cs="Calibri"/>
                                <w:b/>
                                <w:color w:val="FFFF00"/>
                                <w:sz w:val="28"/>
                              </w:rPr>
                              <w:t xml:space="preserve"> of</w:t>
                            </w:r>
                            <w:r w:rsidRPr="00857D04">
                              <w:rPr>
                                <w:rFonts w:cs="Calibri"/>
                                <w:b/>
                                <w:color w:val="FFFF00"/>
                                <w:sz w:val="28"/>
                              </w:rPr>
                              <w:fldChar w:fldCharType="begin"/>
                            </w:r>
                            <w:r w:rsidRPr="00857D04">
                              <w:rPr>
                                <w:rFonts w:cs="Calibri"/>
                                <w:b/>
                                <w:color w:val="FFFF00"/>
                                <w:sz w:val="28"/>
                              </w:rPr>
                              <w:instrText xml:space="preserve"> NUMPAGES </w:instrText>
                            </w:r>
                            <w:r w:rsidRPr="00857D04">
                              <w:rPr>
                                <w:rFonts w:cs="Calibri"/>
                                <w:b/>
                                <w:color w:val="FFFF00"/>
                                <w:sz w:val="28"/>
                              </w:rPr>
                              <w:fldChar w:fldCharType="separate"/>
                            </w:r>
                            <w:r w:rsidR="00952D9D">
                              <w:rPr>
                                <w:rFonts w:cs="Calibri"/>
                                <w:b/>
                                <w:noProof/>
                                <w:color w:val="FFFF00"/>
                                <w:sz w:val="28"/>
                              </w:rPr>
                              <w:t xml:space="preserve">  8</w:t>
                            </w:r>
                            <w:r w:rsidRPr="00857D04">
                              <w:rPr>
                                <w:rFonts w:cs="Calibri"/>
                                <w:b/>
                                <w:color w:val="FFFF00"/>
                                <w:sz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CD1CBD" id="_x0000_t202" coordsize="21600,21600" o:spt="202" path="m,l,21600r21600,l21600,xe">
                <v:stroke joinstyle="miter"/>
                <v:path gradientshapeok="t" o:connecttype="rect"/>
              </v:shapetype>
              <v:shape id="Text Box 2" o:spid="_x0000_s1026" type="#_x0000_t202" style="position:absolute;margin-left:210.25pt;margin-top:735.35pt;width:192pt;height:24.95pt;z-index:25162598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" filled="f" stroked="f" strokeweight=".5pt">
                <v:textbox inset="0,0,0,0">
                  <w:txbxContent>
                    <w:p w14:paraId="09986569" w14:textId="1081C229" w:rsidR="00857D04" w:rsidRPr="00857D04" w:rsidRDefault="00857D04" w:rsidP="00857D04">
                      <w:pPr>
                        <w:spacing w:after="0"/>
                        <w:jc w:val="center"/>
                        <w:rPr>
                          <w:rFonts w:cs="Calibri"/>
                          <w:b/>
                          <w:color w:val="FFFF00"/>
                          <w:sz w:val="28"/>
                        </w:rPr>
                      </w:pPr>
                      <w:r w:rsidRPr="00857D04">
                        <w:rPr>
                          <w:rFonts w:cs="Calibri"/>
                          <w:b/>
                          <w:color w:val="FFFF00"/>
                          <w:sz w:val="28"/>
                        </w:rPr>
                        <w:t xml:space="preserve">Page </w:t>
                      </w:r>
                      <w:r w:rsidRPr="00857D04">
                        <w:rPr>
                          <w:rFonts w:cs="Calibri"/>
                          <w:b/>
                          <w:color w:val="FFFF00"/>
                          <w:sz w:val="28"/>
                        </w:rPr>
                        <w:fldChar w:fldCharType="begin"/>
                      </w:r>
                      <w:r w:rsidRPr="00857D04">
                        <w:rPr>
                          <w:rFonts w:cs="Calibri"/>
                          <w:b/>
                          <w:color w:val="FFFF00"/>
                          <w:sz w:val="28"/>
                        </w:rPr>
                        <w:instrText xml:space="preserve"> PAGE </w:instrText>
                      </w:r>
                      <w:r w:rsidRPr="00857D04">
                        <w:rPr>
                          <w:rFonts w:cs="Calibri"/>
                          <w:b/>
                          <w:color w:val="FFFF00"/>
                          <w:sz w:val="28"/>
                        </w:rPr>
                        <w:fldChar w:fldCharType="separate"/>
                      </w:r>
                      <w:r>
                        <w:rPr>
                          <w:rFonts w:cs="Calibri"/>
                          <w:b/>
                          <w:noProof/>
                          <w:color w:val="FFFF00"/>
                          <w:sz w:val="28"/>
                        </w:rPr>
                        <w:t>1</w:t>
                      </w:r>
                      <w:r w:rsidRPr="00857D04">
                        <w:rPr>
                          <w:rFonts w:cs="Calibri"/>
                          <w:b/>
                          <w:color w:val="FFFF00"/>
                          <w:sz w:val="28"/>
                        </w:rPr>
                        <w:fldChar w:fldCharType="end"/>
                      </w:r>
                      <w:r w:rsidRPr="00857D04">
                        <w:rPr>
                          <w:rFonts w:cs="Calibri"/>
                          <w:b/>
                          <w:color w:val="FFFF00"/>
                          <w:sz w:val="28"/>
                        </w:rPr>
                        <w:t xml:space="preserve"> of</w:t>
                      </w:r>
                      <w:r w:rsidRPr="00857D04">
                        <w:rPr>
                          <w:rFonts w:cs="Calibri"/>
                          <w:b/>
                          <w:color w:val="FFFF00"/>
                          <w:sz w:val="28"/>
                        </w:rPr>
                        <w:fldChar w:fldCharType="begin"/>
                      </w:r>
                      <w:r w:rsidRPr="00857D04">
                        <w:rPr>
                          <w:rFonts w:cs="Calibri"/>
                          <w:b/>
                          <w:color w:val="FFFF00"/>
                          <w:sz w:val="28"/>
                        </w:rPr>
                        <w:instrText xml:space="preserve"> NUMPAGES </w:instrText>
                      </w:r>
                      <w:r w:rsidRPr="00857D04">
                        <w:rPr>
                          <w:rFonts w:cs="Calibri"/>
                          <w:b/>
                          <w:color w:val="FFFF00"/>
                          <w:sz w:val="28"/>
                        </w:rPr>
                        <w:fldChar w:fldCharType="separate"/>
                      </w:r>
                      <w:r w:rsidR="00952D9D">
                        <w:rPr>
                          <w:rFonts w:cs="Calibri"/>
                          <w:b/>
                          <w:noProof/>
                          <w:color w:val="FFFF00"/>
                          <w:sz w:val="28"/>
                        </w:rPr>
                        <w:t xml:space="preserve">  8</w:t>
                      </w:r>
                      <w:r w:rsidRPr="00857D04">
                        <w:rPr>
                          <w:rFonts w:cs="Calibri"/>
                          <w:b/>
                          <w:color w:val="FFFF00"/>
                          <w:sz w:val="28"/>
                        </w:rPr>
                        <w:fldChar w:fldCharType="end"/>
                      </w:r>
                    </w:p>
                  </w:txbxContent>
                </v:textbox>
                <w10:wrap anchorx="page" anchory="page"/>
              </v:shape>
            </w:pict>
          </mc:Fallback>
        </mc:AlternateContent>
      </w:r>
      <w:r w:rsidR="00762FD4" w:rsidRPr="00E56B01">
        <w:rPr>
          <w:b/>
          <w:color w:val="FFC526"/>
          <w:sz w:val="32"/>
          <w:szCs w:val="32"/>
        </w:rPr>
        <w:t xml:space="preserve">2. Enter </w:t>
      </w:r>
      <w:proofErr w:type="gramStart"/>
      <w:r w:rsidR="00762FD4" w:rsidRPr="00E56B01">
        <w:rPr>
          <w:b/>
          <w:color w:val="FFC526"/>
          <w:sz w:val="32"/>
          <w:szCs w:val="32"/>
        </w:rPr>
        <w:t xml:space="preserve">MACDX  </w:t>
      </w:r>
      <w:r w:rsidR="00762FD4" w:rsidRPr="00E56B01">
        <w:rPr>
          <w:sz w:val="32"/>
          <w:szCs w:val="32"/>
        </w:rPr>
        <w:t>Replace</w:t>
      </w:r>
      <w:proofErr w:type="gramEnd"/>
      <w:r w:rsidR="00762FD4" w:rsidRPr="00E56B01">
        <w:rPr>
          <w:sz w:val="32"/>
          <w:szCs w:val="32"/>
        </w:rPr>
        <w:t xml:space="preserve"> the symbol in the field beside OPEN CHART with MACDX. Click LOAD, or press Enter. Do not look for the PC GET STOCK button; Web2 uses LOAD.</w:t>
      </w:r>
    </w:p>
    <w:p w14:paraId="36A49E67" w14:textId="1FE6DC31" w:rsidR="00D70979" w:rsidRPr="00E56B01" w:rsidRDefault="00762FD4">
      <w:pPr>
        <w:keepLines/>
        <w:rPr>
          <w:sz w:val="32"/>
          <w:szCs w:val="32"/>
        </w:rPr>
      </w:pPr>
      <w:r w:rsidRPr="00E56B01">
        <w:rPr>
          <w:b/>
          <w:color w:val="FFC526"/>
          <w:sz w:val="32"/>
          <w:szCs w:val="32"/>
        </w:rPr>
        <w:lastRenderedPageBreak/>
        <w:t xml:space="preserve">3. Use the scan </w:t>
      </w:r>
      <w:proofErr w:type="gramStart"/>
      <w:r w:rsidRPr="00E56B01">
        <w:rPr>
          <w:b/>
          <w:color w:val="FFC526"/>
          <w:sz w:val="32"/>
          <w:szCs w:val="32"/>
        </w:rPr>
        <w:t xml:space="preserve">window  </w:t>
      </w:r>
      <w:r w:rsidRPr="00E56B01">
        <w:rPr>
          <w:sz w:val="32"/>
          <w:szCs w:val="32"/>
        </w:rPr>
        <w:t>Leave</w:t>
      </w:r>
      <w:proofErr w:type="gramEnd"/>
      <w:r w:rsidRPr="00E56B01">
        <w:rPr>
          <w:sz w:val="32"/>
          <w:szCs w:val="32"/>
        </w:rPr>
        <w:t xml:space="preserve"> FIND A CHARM WINNER and FAST PREFILTER checked for scored results. Keep the browser tab open while scanning.</w:t>
      </w:r>
      <w:r w:rsidR="00000000">
        <w:rPr>
          <w:sz w:val="24"/>
          <w:szCs w:val="24"/>
        </w:rPr>
        <w:pict w14:anchorId="401DF708">
          <v:rect id="Web2BlackFlow11" o:spid="_x0000_s2096" style="position:absolute;margin-left:0;margin-top:0;width:612pt;height:11in;z-index:-251653120;mso-position-horizontal-relative:page;mso-position-vertical-relative:page" fillcolor="black" stroked="f">
            <w10:wrap anchorx="page" anchory="page"/>
          </v:rect>
        </w:pict>
      </w:r>
    </w:p>
    <w:p w14:paraId="645D9614" w14:textId="77777777" w:rsidR="00D70979" w:rsidRPr="00E56B01" w:rsidRDefault="00762FD4">
      <w:pPr>
        <w:keepLines/>
        <w:rPr>
          <w:sz w:val="32"/>
          <w:szCs w:val="32"/>
        </w:rPr>
      </w:pPr>
      <w:r w:rsidRPr="00E56B01">
        <w:rPr>
          <w:sz w:val="32"/>
          <w:szCs w:val="32"/>
        </w:rPr>
        <w:t>After opening a candidate, RETURN TO SCAN reopens the filters and RESULTS LIST returns to the retained candidates. Your active broker connection and chart access are required.</w:t>
      </w:r>
      <w:r w:rsidR="00000000">
        <w:rPr>
          <w:sz w:val="24"/>
          <w:szCs w:val="24"/>
        </w:rPr>
        <w:pict w14:anchorId="589AD48F">
          <v:rect id="Web2BlackFlow12" o:spid="_x0000_s2095" style="position:absolute;margin-left:0;margin-top:0;width:612pt;height:11in;z-index:-251652096;mso-position-horizontal-relative:page;mso-position-vertical-relative:page" fillcolor="black" stroked="f">
            <w10:wrap anchorx="page" anchory="page"/>
          </v:rect>
        </w:pict>
      </w:r>
    </w:p>
    <w:p w14:paraId="75537419" w14:textId="7699F4E0" w:rsidR="00D70979" w:rsidRPr="00E56B01" w:rsidRDefault="00701441">
      <w:pPr>
        <w:keepLines/>
        <w:rPr>
          <w:sz w:val="32"/>
          <w:szCs w:val="32"/>
        </w:rPr>
      </w:pPr>
      <w:r>
        <w:rPr>
          <w:b/>
          <w:noProof/>
          <w:color w:val="FFC526"/>
          <w:sz w:val="32"/>
          <w:szCs w:val="32"/>
        </w:rPr>
        <mc:AlternateContent>
          <mc:Choice Requires="wps">
            <w:drawing>
              <wp:anchor distT="0" distB="0" distL="114300" distR="114300" simplePos="0" relativeHeight="251646464" behindDoc="0" locked="0" layoutInCell="1" allowOverlap="1" wp14:anchorId="03F9D13F" wp14:editId="4D9AF00F">
                <wp:simplePos x="0" y="0"/>
                <wp:positionH relativeFrom="page">
                  <wp:posOffset>2670048</wp:posOffset>
                </wp:positionH>
                <wp:positionV relativeFrom="page">
                  <wp:posOffset>9144000</wp:posOffset>
                </wp:positionV>
                <wp:extent cx="2438400" cy="352933"/>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2438400" cy="352933"/>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BEC7A9" w14:textId="18CB9801" w:rsidR="00857D04" w:rsidRPr="00857D04" w:rsidRDefault="00857D04" w:rsidP="00857D04">
                            <w:pPr>
                              <w:spacing w:after="0"/>
                              <w:jc w:val="center"/>
                              <w:rPr>
                                <w:rFonts w:cs="Calibri"/>
                                <w:b/>
                                <w:color w:val="FFFF00"/>
                                <w:sz w:val="28"/>
                              </w:rPr>
                            </w:pPr>
                            <w:r w:rsidRPr="00857D04">
                              <w:rPr>
                                <w:rFonts w:cs="Calibri"/>
                                <w:b/>
                                <w:color w:val="FFFF00"/>
                                <w:sz w:val="28"/>
                              </w:rPr>
                              <w:t xml:space="preserve">Page </w:t>
                            </w:r>
                            <w:r w:rsidRPr="00857D04">
                              <w:rPr>
                                <w:rFonts w:cs="Calibri"/>
                                <w:b/>
                                <w:color w:val="FFFF00"/>
                                <w:sz w:val="28"/>
                              </w:rPr>
                              <w:fldChar w:fldCharType="begin"/>
                            </w:r>
                            <w:r w:rsidRPr="00857D04">
                              <w:rPr>
                                <w:rFonts w:cs="Calibri"/>
                                <w:b/>
                                <w:color w:val="FFFF00"/>
                                <w:sz w:val="28"/>
                              </w:rPr>
                              <w:instrText xml:space="preserve"> PAGE </w:instrText>
                            </w:r>
                            <w:r w:rsidRPr="00857D04">
                              <w:rPr>
                                <w:rFonts w:cs="Calibri"/>
                                <w:b/>
                                <w:color w:val="FFFF00"/>
                                <w:sz w:val="28"/>
                              </w:rPr>
                              <w:fldChar w:fldCharType="separate"/>
                            </w:r>
                            <w:r>
                              <w:rPr>
                                <w:rFonts w:cs="Calibri"/>
                                <w:b/>
                                <w:noProof/>
                                <w:color w:val="FFFF00"/>
                                <w:sz w:val="28"/>
                              </w:rPr>
                              <w:t>2</w:t>
                            </w:r>
                            <w:r w:rsidRPr="00857D04">
                              <w:rPr>
                                <w:rFonts w:cs="Calibri"/>
                                <w:b/>
                                <w:color w:val="FFFF00"/>
                                <w:sz w:val="28"/>
                              </w:rPr>
                              <w:fldChar w:fldCharType="end"/>
                            </w:r>
                            <w:r w:rsidRPr="00857D04">
                              <w:rPr>
                                <w:rFonts w:cs="Calibri"/>
                                <w:b/>
                                <w:color w:val="FFFF00"/>
                                <w:sz w:val="28"/>
                              </w:rPr>
                              <w:t xml:space="preserve"> </w:t>
                            </w:r>
                            <w:proofErr w:type="gramStart"/>
                            <w:r w:rsidRPr="00857D04">
                              <w:rPr>
                                <w:rFonts w:cs="Calibri"/>
                                <w:b/>
                                <w:color w:val="FFFF00"/>
                                <w:sz w:val="28"/>
                              </w:rPr>
                              <w:t xml:space="preserve">of </w:t>
                            </w:r>
                            <w:r w:rsidR="00701441">
                              <w:rPr>
                                <w:rFonts w:cs="Calibri"/>
                                <w:b/>
                                <w:color w:val="FFFF00"/>
                                <w:sz w:val="28"/>
                              </w:rPr>
                              <w:t xml:space="preserve"> 8</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F9D13F" id="Text Box 3" o:spid="_x0000_s1027" type="#_x0000_t202" style="position:absolute;margin-left:210.25pt;margin-top:10in;width:192pt;height:27.8pt;z-index:25164646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" filled="f" stroked="f" strokeweight=".5pt">
                <v:textbox inset="0,0,0,0">
                  <w:txbxContent>
                    <w:p w14:paraId="7DBEC7A9" w14:textId="18CB9801" w:rsidR="00857D04" w:rsidRPr="00857D04" w:rsidRDefault="00857D04" w:rsidP="00857D04">
                      <w:pPr>
                        <w:spacing w:after="0"/>
                        <w:jc w:val="center"/>
                        <w:rPr>
                          <w:rFonts w:cs="Calibri"/>
                          <w:b/>
                          <w:color w:val="FFFF00"/>
                          <w:sz w:val="28"/>
                        </w:rPr>
                      </w:pPr>
                      <w:r w:rsidRPr="00857D04">
                        <w:rPr>
                          <w:rFonts w:cs="Calibri"/>
                          <w:b/>
                          <w:color w:val="FFFF00"/>
                          <w:sz w:val="28"/>
                        </w:rPr>
                        <w:t xml:space="preserve">Page </w:t>
                      </w:r>
                      <w:r w:rsidRPr="00857D04">
                        <w:rPr>
                          <w:rFonts w:cs="Calibri"/>
                          <w:b/>
                          <w:color w:val="FFFF00"/>
                          <w:sz w:val="28"/>
                        </w:rPr>
                        <w:fldChar w:fldCharType="begin"/>
                      </w:r>
                      <w:r w:rsidRPr="00857D04">
                        <w:rPr>
                          <w:rFonts w:cs="Calibri"/>
                          <w:b/>
                          <w:color w:val="FFFF00"/>
                          <w:sz w:val="28"/>
                        </w:rPr>
                        <w:instrText xml:space="preserve"> PAGE </w:instrText>
                      </w:r>
                      <w:r w:rsidRPr="00857D04">
                        <w:rPr>
                          <w:rFonts w:cs="Calibri"/>
                          <w:b/>
                          <w:color w:val="FFFF00"/>
                          <w:sz w:val="28"/>
                        </w:rPr>
                        <w:fldChar w:fldCharType="separate"/>
                      </w:r>
                      <w:r>
                        <w:rPr>
                          <w:rFonts w:cs="Calibri"/>
                          <w:b/>
                          <w:noProof/>
                          <w:color w:val="FFFF00"/>
                          <w:sz w:val="28"/>
                        </w:rPr>
                        <w:t>2</w:t>
                      </w:r>
                      <w:r w:rsidRPr="00857D04">
                        <w:rPr>
                          <w:rFonts w:cs="Calibri"/>
                          <w:b/>
                          <w:color w:val="FFFF00"/>
                          <w:sz w:val="28"/>
                        </w:rPr>
                        <w:fldChar w:fldCharType="end"/>
                      </w:r>
                      <w:r w:rsidRPr="00857D04">
                        <w:rPr>
                          <w:rFonts w:cs="Calibri"/>
                          <w:b/>
                          <w:color w:val="FFFF00"/>
                          <w:sz w:val="28"/>
                        </w:rPr>
                        <w:t xml:space="preserve"> </w:t>
                      </w:r>
                      <w:proofErr w:type="gramStart"/>
                      <w:r w:rsidRPr="00857D04">
                        <w:rPr>
                          <w:rFonts w:cs="Calibri"/>
                          <w:b/>
                          <w:color w:val="FFFF00"/>
                          <w:sz w:val="28"/>
                        </w:rPr>
                        <w:t xml:space="preserve">of </w:t>
                      </w:r>
                      <w:r w:rsidR="00701441">
                        <w:rPr>
                          <w:rFonts w:cs="Calibri"/>
                          <w:b/>
                          <w:color w:val="FFFF00"/>
                          <w:sz w:val="28"/>
                        </w:rPr>
                        <w:t xml:space="preserve"> 8</w:t>
                      </w:r>
                      <w:proofErr w:type="gramEnd"/>
                    </w:p>
                  </w:txbxContent>
                </v:textbox>
                <w10:wrap anchorx="page" anchory="page"/>
              </v:shape>
            </w:pict>
          </mc:Fallback>
        </mc:AlternateContent>
      </w:r>
      <w:r w:rsidR="00762FD4" w:rsidRPr="00E56B01">
        <w:rPr>
          <w:sz w:val="32"/>
          <w:szCs w:val="32"/>
        </w:rPr>
        <w:t>Web2 guide • September 12 2026 • Screen version 07:50 ET</w:t>
      </w:r>
      <w:r w:rsidR="00000000">
        <w:rPr>
          <w:sz w:val="24"/>
          <w:szCs w:val="24"/>
        </w:rPr>
        <w:pict w14:anchorId="46D945F2">
          <v:rect id="Web2BlackFlow13" o:spid="_x0000_s2094" style="position:absolute;margin-left:0;margin-top:0;width:612pt;height:11in;z-index:-251651072;mso-position-horizontal-relative:page;mso-position-vertical-relative:page" fillcolor="black" stroked="f">
            <w10:wrap anchorx="page" anchory="page"/>
          </v:rect>
        </w:pict>
      </w:r>
    </w:p>
    <w:p w14:paraId="1D99E66F" w14:textId="2C23BF3A" w:rsidR="00D70979" w:rsidRPr="00E56B01" w:rsidRDefault="00762FD4">
      <w:pPr>
        <w:pStyle w:val="Heading1"/>
        <w:pageBreakBefore/>
        <w:rPr>
          <w:sz w:val="52"/>
          <w:szCs w:val="40"/>
        </w:rPr>
      </w:pPr>
      <w:r w:rsidRPr="00E56B01">
        <w:rPr>
          <w:sz w:val="52"/>
          <w:szCs w:val="40"/>
        </w:rPr>
        <w:lastRenderedPageBreak/>
        <w:t>Your Web2 scan screen</w:t>
      </w:r>
      <w:r w:rsidR="00000000">
        <w:rPr>
          <w:sz w:val="44"/>
          <w:szCs w:val="32"/>
        </w:rPr>
        <w:pict w14:anchorId="185D2025">
          <v:rect id="Web2BlackFlow14" o:spid="_x0000_s2093" style="position:absolute;margin-left:0;margin-top:0;width:612pt;height:11in;z-index:-251650048;mso-position-horizontal-relative:page;mso-position-vertical-relative:page" fillcolor="black" stroked="f">
            <w10:wrap anchorx="page" anchory="page"/>
          </v:rect>
        </w:pict>
      </w:r>
    </w:p>
    <w:p w14:paraId="3429F3D6" w14:textId="77777777" w:rsidR="00D70979" w:rsidRPr="00E56B01" w:rsidRDefault="00762FD4">
      <w:pPr>
        <w:keepLines/>
        <w:rPr>
          <w:sz w:val="32"/>
          <w:szCs w:val="32"/>
        </w:rPr>
      </w:pPr>
      <w:r w:rsidRPr="00E56B01">
        <w:rPr>
          <w:sz w:val="32"/>
          <w:szCs w:val="32"/>
        </w:rPr>
        <w:t>Numbers identify the controls explained on the next two pages. The screenshot shows an active scan; its counts are examples.</w:t>
      </w:r>
      <w:r w:rsidR="00000000">
        <w:rPr>
          <w:sz w:val="24"/>
          <w:szCs w:val="24"/>
        </w:rPr>
        <w:pict w14:anchorId="47A6ED01">
          <v:rect id="Web2BlackFlow15" o:spid="_x0000_s2092" style="position:absolute;margin-left:0;margin-top:0;width:612pt;height:11in;z-index:-251649024;mso-position-horizontal-relative:page;mso-position-vertical-relative:page" fillcolor="black" stroked="f">
            <w10:wrap anchorx="page" anchory="page"/>
          </v:rect>
        </w:pict>
      </w:r>
    </w:p>
    <w:p w14:paraId="487C2578" w14:textId="13434A5F" w:rsidR="00D70979" w:rsidRPr="00E56B01" w:rsidRDefault="00D85425">
      <w:pPr>
        <w:rPr>
          <w:sz w:val="32"/>
          <w:szCs w:val="32"/>
        </w:rPr>
      </w:pPr>
      <w:r>
        <w:rPr>
          <w:noProof/>
          <w:sz w:val="32"/>
          <w:szCs w:val="32"/>
        </w:rPr>
        <mc:AlternateContent>
          <mc:Choice Requires="wps">
            <w:drawing>
              <wp:anchor distT="0" distB="0" distL="114300" distR="114300" simplePos="0" relativeHeight="251683328" behindDoc="0" locked="0" layoutInCell="1" allowOverlap="1" wp14:anchorId="1788ECBD" wp14:editId="74A1284F">
                <wp:simplePos x="0" y="0"/>
                <wp:positionH relativeFrom="page">
                  <wp:posOffset>6581775</wp:posOffset>
                </wp:positionH>
                <wp:positionV relativeFrom="page">
                  <wp:posOffset>1690370</wp:posOffset>
                </wp:positionV>
                <wp:extent cx="279400" cy="203200"/>
                <wp:effectExtent l="57150" t="19050" r="82550" b="101600"/>
                <wp:wrapNone/>
                <wp:docPr id="69" name="Rectangle 69"/>
                <wp:cNvGraphicFramePr/>
                <a:graphic xmlns:a="http://schemas.openxmlformats.org/drawingml/2006/main">
                  <a:graphicData uri="http://schemas.microsoft.com/office/word/2010/wordprocessingShape">
                    <wps:wsp>
                      <wps:cNvSpPr/>
                      <wps:spPr>
                        <a:xfrm>
                          <a:off x="0" y="0"/>
                          <a:ext cx="279400" cy="203200"/>
                        </a:xfrm>
                        <a:prstGeom prst="rect">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txbx>
                        <w:txbxContent>
                          <w:p w14:paraId="3E944E72" w14:textId="38E7D23F" w:rsidR="00D85425" w:rsidRPr="00D85425" w:rsidRDefault="00D85425" w:rsidP="00D85425">
                            <w:pPr>
                              <w:spacing w:after="0"/>
                              <w:jc w:val="center"/>
                              <w:rPr>
                                <w:rFonts w:ascii="Arial" w:hAnsi="Arial" w:cs="Arial"/>
                                <w:b/>
                                <w:color w:val="000000"/>
                              </w:rPr>
                            </w:pPr>
                            <w:r w:rsidRPr="00D85425">
                              <w:rPr>
                                <w:rFonts w:ascii="Arial" w:hAnsi="Arial" w:cs="Arial"/>
                                <w:b/>
                                <w:color w:val="000000"/>
                              </w:rPr>
                              <w:t>17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1788ECBD" id="Rectangle 69" o:spid="_x0000_s1028" style="position:absolute;margin-left:518.25pt;margin-top:133.1pt;width:22pt;height:16pt;z-index:25168332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" fillcolor="yellow" strokecolor="yellow">
                <v:shadow on="t" color="black" opacity="22937f" origin=",.5" offset="0,.63889mm"/>
                <v:textbox inset="0,0,0,0">
                  <w:txbxContent>
                    <w:p w14:paraId="3E944E72" w14:textId="38E7D23F" w:rsidR="00D85425" w:rsidRPr="00D85425" w:rsidRDefault="00D85425" w:rsidP="00D85425">
                      <w:pPr>
                        <w:spacing w:after="0"/>
                        <w:jc w:val="center"/>
                        <w:rPr>
                          <w:rFonts w:ascii="Arial" w:hAnsi="Arial" w:cs="Arial"/>
                          <w:b/>
                          <w:color w:val="000000"/>
                        </w:rPr>
                      </w:pPr>
                      <w:r w:rsidRPr="00D85425">
                        <w:rPr>
                          <w:rFonts w:ascii="Arial" w:hAnsi="Arial" w:cs="Arial"/>
                          <w:b/>
                          <w:color w:val="000000"/>
                        </w:rPr>
                        <w:t>17</w:t>
                      </w:r>
                    </w:p>
                  </w:txbxContent>
                </v:textbox>
                <w10:wrap anchorx="page" anchory="page"/>
              </v:rect>
            </w:pict>
          </mc:Fallback>
        </mc:AlternateContent>
      </w:r>
      <w:r>
        <w:rPr>
          <w:noProof/>
          <w:sz w:val="32"/>
          <w:szCs w:val="32"/>
        </w:rPr>
        <mc:AlternateContent>
          <mc:Choice Requires="wps">
            <w:drawing>
              <wp:anchor distT="0" distB="0" distL="114300" distR="114300" simplePos="0" relativeHeight="251681280" behindDoc="0" locked="0" layoutInCell="1" allowOverlap="1" wp14:anchorId="5F4B7C04" wp14:editId="2CE552AB">
                <wp:simplePos x="0" y="0"/>
                <wp:positionH relativeFrom="page">
                  <wp:posOffset>6721475</wp:posOffset>
                </wp:positionH>
                <wp:positionV relativeFrom="page">
                  <wp:posOffset>1791970</wp:posOffset>
                </wp:positionV>
                <wp:extent cx="0" cy="331470"/>
                <wp:effectExtent l="114300" t="19050" r="114300" b="87630"/>
                <wp:wrapNone/>
                <wp:docPr id="68" name="Straight Connector 68"/>
                <wp:cNvGraphicFramePr/>
                <a:graphic xmlns:a="http://schemas.openxmlformats.org/drawingml/2006/main">
                  <a:graphicData uri="http://schemas.microsoft.com/office/word/2010/wordprocessingShape">
                    <wps:wsp>
                      <wps:cNvCnPr/>
                      <wps:spPr>
                        <a:xfrm>
                          <a:off x="0" y="0"/>
                          <a:ext cx="0" cy="331470"/>
                        </a:xfrm>
                        <a:prstGeom prst="line">
                          <a:avLst/>
                        </a:prstGeom>
                        <a:ln w="1524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534B833" id="Straight Connector 68" o:spid="_x0000_s1026" style="position:absolute;z-index:251681280;visibility:visible;mso-wrap-style:square;mso-wrap-distance-left:9pt;mso-wrap-distance-top:0;mso-wrap-distance-right:9pt;mso-wrap-distance-bottom:0;mso-position-horizontal:absolute;mso-position-horizontal-relative:page;mso-position-vertical:absolute;mso-position-vertical-relative:page" from="529.25pt,141.1pt" to="529.25pt,1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" strokecolor="yellow" strokeweight="1.2pt">
                <v:stroke endarrow="open"/>
                <v:shadow on="t" color="black" opacity="24903f" origin=",.5" offset="0,.55556mm"/>
                <w10:wrap anchorx="page" anchory="page"/>
              </v:line>
            </w:pict>
          </mc:Fallback>
        </mc:AlternateContent>
      </w:r>
      <w:r>
        <w:rPr>
          <w:noProof/>
          <w:sz w:val="32"/>
          <w:szCs w:val="32"/>
        </w:rPr>
        <mc:AlternateContent>
          <mc:Choice Requires="wps">
            <w:drawing>
              <wp:anchor distT="0" distB="0" distL="114300" distR="114300" simplePos="0" relativeHeight="251679232" behindDoc="0" locked="0" layoutInCell="1" allowOverlap="1" wp14:anchorId="235C8574" wp14:editId="2C35F42E">
                <wp:simplePos x="0" y="0"/>
                <wp:positionH relativeFrom="page">
                  <wp:posOffset>6088380</wp:posOffset>
                </wp:positionH>
                <wp:positionV relativeFrom="page">
                  <wp:posOffset>1690370</wp:posOffset>
                </wp:positionV>
                <wp:extent cx="279400" cy="203200"/>
                <wp:effectExtent l="57150" t="19050" r="82550" b="101600"/>
                <wp:wrapNone/>
                <wp:docPr id="67" name="Rectangle 67"/>
                <wp:cNvGraphicFramePr/>
                <a:graphic xmlns:a="http://schemas.openxmlformats.org/drawingml/2006/main">
                  <a:graphicData uri="http://schemas.microsoft.com/office/word/2010/wordprocessingShape">
                    <wps:wsp>
                      <wps:cNvSpPr/>
                      <wps:spPr>
                        <a:xfrm>
                          <a:off x="0" y="0"/>
                          <a:ext cx="279400" cy="203200"/>
                        </a:xfrm>
                        <a:prstGeom prst="rect">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txbx>
                        <w:txbxContent>
                          <w:p w14:paraId="792BA8FC" w14:textId="399F5029" w:rsidR="00D85425" w:rsidRPr="00D85425" w:rsidRDefault="00D85425" w:rsidP="00D85425">
                            <w:pPr>
                              <w:spacing w:after="0"/>
                              <w:jc w:val="center"/>
                              <w:rPr>
                                <w:rFonts w:ascii="Arial" w:hAnsi="Arial" w:cs="Arial"/>
                                <w:b/>
                                <w:color w:val="000000"/>
                              </w:rPr>
                            </w:pPr>
                            <w:r w:rsidRPr="00D85425">
                              <w:rPr>
                                <w:rFonts w:ascii="Arial" w:hAnsi="Arial" w:cs="Arial"/>
                                <w:b/>
                                <w:color w:val="000000"/>
                              </w:rPr>
                              <w:t>16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235C8574" id="Rectangle 67" o:spid="_x0000_s1029" style="position:absolute;margin-left:479.4pt;margin-top:133.1pt;width:22pt;height:16pt;z-index:25167923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" fillcolor="yellow" strokecolor="yellow">
                <v:shadow on="t" color="black" opacity="22937f" origin=",.5" offset="0,.63889mm"/>
                <v:textbox inset="0,0,0,0">
                  <w:txbxContent>
                    <w:p w14:paraId="792BA8FC" w14:textId="399F5029" w:rsidR="00D85425" w:rsidRPr="00D85425" w:rsidRDefault="00D85425" w:rsidP="00D85425">
                      <w:pPr>
                        <w:spacing w:after="0"/>
                        <w:jc w:val="center"/>
                        <w:rPr>
                          <w:rFonts w:ascii="Arial" w:hAnsi="Arial" w:cs="Arial"/>
                          <w:b/>
                          <w:color w:val="000000"/>
                        </w:rPr>
                      </w:pPr>
                      <w:r w:rsidRPr="00D85425">
                        <w:rPr>
                          <w:rFonts w:ascii="Arial" w:hAnsi="Arial" w:cs="Arial"/>
                          <w:b/>
                          <w:color w:val="000000"/>
                        </w:rPr>
                        <w:t>16</w:t>
                      </w:r>
                    </w:p>
                  </w:txbxContent>
                </v:textbox>
                <w10:wrap anchorx="page" anchory="page"/>
              </v:rect>
            </w:pict>
          </mc:Fallback>
        </mc:AlternateContent>
      </w:r>
      <w:r>
        <w:rPr>
          <w:noProof/>
          <w:sz w:val="32"/>
          <w:szCs w:val="32"/>
        </w:rPr>
        <mc:AlternateContent>
          <mc:Choice Requires="wps">
            <w:drawing>
              <wp:anchor distT="0" distB="0" distL="114300" distR="114300" simplePos="0" relativeHeight="251677184" behindDoc="0" locked="0" layoutInCell="1" allowOverlap="1" wp14:anchorId="192B9DE4" wp14:editId="7A806F2C">
                <wp:simplePos x="0" y="0"/>
                <wp:positionH relativeFrom="page">
                  <wp:posOffset>6228080</wp:posOffset>
                </wp:positionH>
                <wp:positionV relativeFrom="page">
                  <wp:posOffset>1791970</wp:posOffset>
                </wp:positionV>
                <wp:extent cx="0" cy="331470"/>
                <wp:effectExtent l="114300" t="19050" r="114300" b="87630"/>
                <wp:wrapNone/>
                <wp:docPr id="66" name="Straight Connector 66"/>
                <wp:cNvGraphicFramePr/>
                <a:graphic xmlns:a="http://schemas.openxmlformats.org/drawingml/2006/main">
                  <a:graphicData uri="http://schemas.microsoft.com/office/word/2010/wordprocessingShape">
                    <wps:wsp>
                      <wps:cNvCnPr/>
                      <wps:spPr>
                        <a:xfrm>
                          <a:off x="0" y="0"/>
                          <a:ext cx="0" cy="331470"/>
                        </a:xfrm>
                        <a:prstGeom prst="line">
                          <a:avLst/>
                        </a:prstGeom>
                        <a:ln w="1524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4589292" id="Straight Connector 66" o:spid="_x0000_s1026" style="position:absolute;z-index:251677184;visibility:visible;mso-wrap-style:square;mso-wrap-distance-left:9pt;mso-wrap-distance-top:0;mso-wrap-distance-right:9pt;mso-wrap-distance-bottom:0;mso-position-horizontal:absolute;mso-position-horizontal-relative:page;mso-position-vertical:absolute;mso-position-vertical-relative:page" from="490.4pt,141.1pt" to="490.4pt,1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" strokecolor="yellow" strokeweight="1.2pt">
                <v:stroke endarrow="open"/>
                <v:shadow on="t" color="black" opacity="24903f" origin=",.5" offset="0,.55556mm"/>
                <w10:wrap anchorx="page" anchory="page"/>
              </v:line>
            </w:pict>
          </mc:Fallback>
        </mc:AlternateContent>
      </w:r>
      <w:r>
        <w:rPr>
          <w:noProof/>
          <w:sz w:val="32"/>
          <w:szCs w:val="32"/>
        </w:rPr>
        <mc:AlternateContent>
          <mc:Choice Requires="wps">
            <w:drawing>
              <wp:anchor distT="0" distB="0" distL="114300" distR="114300" simplePos="0" relativeHeight="251675136" behindDoc="0" locked="0" layoutInCell="1" allowOverlap="1" wp14:anchorId="732F545C" wp14:editId="38A3AF14">
                <wp:simplePos x="0" y="0"/>
                <wp:positionH relativeFrom="page">
                  <wp:posOffset>7037070</wp:posOffset>
                </wp:positionH>
                <wp:positionV relativeFrom="page">
                  <wp:posOffset>5869305</wp:posOffset>
                </wp:positionV>
                <wp:extent cx="279400" cy="203200"/>
                <wp:effectExtent l="57150" t="19050" r="82550" b="101600"/>
                <wp:wrapNone/>
                <wp:docPr id="65" name="Rectangle 65"/>
                <wp:cNvGraphicFramePr/>
                <a:graphic xmlns:a="http://schemas.openxmlformats.org/drawingml/2006/main">
                  <a:graphicData uri="http://schemas.microsoft.com/office/word/2010/wordprocessingShape">
                    <wps:wsp>
                      <wps:cNvSpPr/>
                      <wps:spPr>
                        <a:xfrm>
                          <a:off x="0" y="0"/>
                          <a:ext cx="279400" cy="203200"/>
                        </a:xfrm>
                        <a:prstGeom prst="rect">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txbx>
                        <w:txbxContent>
                          <w:p w14:paraId="2BE48FB1" w14:textId="32C1BF1E" w:rsidR="00D85425" w:rsidRPr="00D85425" w:rsidRDefault="00D85425" w:rsidP="00D85425">
                            <w:pPr>
                              <w:spacing w:after="0"/>
                              <w:jc w:val="center"/>
                              <w:rPr>
                                <w:rFonts w:ascii="Arial" w:hAnsi="Arial" w:cs="Arial"/>
                                <w:b/>
                                <w:color w:val="000000"/>
                              </w:rPr>
                            </w:pPr>
                            <w:r w:rsidRPr="00D85425">
                              <w:rPr>
                                <w:rFonts w:ascii="Arial" w:hAnsi="Arial" w:cs="Arial"/>
                                <w:b/>
                                <w:color w:val="000000"/>
                              </w:rPr>
                              <w:t>15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732F545C" id="Rectangle 65" o:spid="_x0000_s1030" style="position:absolute;margin-left:554.1pt;margin-top:462.15pt;width:22pt;height:16pt;z-index:2516751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" fillcolor="yellow" strokecolor="yellow">
                <v:shadow on="t" color="black" opacity="22937f" origin=",.5" offset="0,.63889mm"/>
                <v:textbox inset="0,0,0,0">
                  <w:txbxContent>
                    <w:p w14:paraId="2BE48FB1" w14:textId="32C1BF1E" w:rsidR="00D85425" w:rsidRPr="00D85425" w:rsidRDefault="00D85425" w:rsidP="00D85425">
                      <w:pPr>
                        <w:spacing w:after="0"/>
                        <w:jc w:val="center"/>
                        <w:rPr>
                          <w:rFonts w:ascii="Arial" w:hAnsi="Arial" w:cs="Arial"/>
                          <w:b/>
                          <w:color w:val="000000"/>
                        </w:rPr>
                      </w:pPr>
                      <w:r w:rsidRPr="00D85425">
                        <w:rPr>
                          <w:rFonts w:ascii="Arial" w:hAnsi="Arial" w:cs="Arial"/>
                          <w:b/>
                          <w:color w:val="000000"/>
                        </w:rPr>
                        <w:t>15</w:t>
                      </w:r>
                    </w:p>
                  </w:txbxContent>
                </v:textbox>
                <w10:wrap anchorx="page" anchory="page"/>
              </v:rect>
            </w:pict>
          </mc:Fallback>
        </mc:AlternateContent>
      </w:r>
      <w:r>
        <w:rPr>
          <w:noProof/>
          <w:sz w:val="32"/>
          <w:szCs w:val="32"/>
        </w:rPr>
        <mc:AlternateContent>
          <mc:Choice Requires="wps">
            <w:drawing>
              <wp:anchor distT="0" distB="0" distL="114300" distR="114300" simplePos="0" relativeHeight="251673088" behindDoc="0" locked="0" layoutInCell="1" allowOverlap="1" wp14:anchorId="51F7CBEA" wp14:editId="539FE868">
                <wp:simplePos x="0" y="0"/>
                <wp:positionH relativeFrom="page">
                  <wp:posOffset>6798945</wp:posOffset>
                </wp:positionH>
                <wp:positionV relativeFrom="page">
                  <wp:posOffset>5970905</wp:posOffset>
                </wp:positionV>
                <wp:extent cx="377825" cy="0"/>
                <wp:effectExtent l="57150" t="76200" r="0" b="152400"/>
                <wp:wrapNone/>
                <wp:docPr id="64" name="Straight Connector 64"/>
                <wp:cNvGraphicFramePr/>
                <a:graphic xmlns:a="http://schemas.openxmlformats.org/drawingml/2006/main">
                  <a:graphicData uri="http://schemas.microsoft.com/office/word/2010/wordprocessingShape">
                    <wps:wsp>
                      <wps:cNvCnPr/>
                      <wps:spPr>
                        <a:xfrm flipH="1">
                          <a:off x="0" y="0"/>
                          <a:ext cx="377825" cy="0"/>
                        </a:xfrm>
                        <a:prstGeom prst="line">
                          <a:avLst/>
                        </a:prstGeom>
                        <a:ln w="1524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375C11F" id="Straight Connector 64" o:spid="_x0000_s1026" style="position:absolute;flip:x;z-index:251673088;visibility:visible;mso-wrap-style:square;mso-wrap-distance-left:9pt;mso-wrap-distance-top:0;mso-wrap-distance-right:9pt;mso-wrap-distance-bottom:0;mso-position-horizontal:absolute;mso-position-horizontal-relative:page;mso-position-vertical:absolute;mso-position-vertical-relative:page" from="535.35pt,470.15pt" to="565.1pt,4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" strokecolor="yellow" strokeweight="1.2pt">
                <v:stroke endarrow="open"/>
                <v:shadow on="t" color="black" opacity="24903f" origin=",.5" offset="0,.55556mm"/>
                <w10:wrap anchorx="page" anchory="page"/>
              </v:line>
            </w:pict>
          </mc:Fallback>
        </mc:AlternateContent>
      </w:r>
      <w:r>
        <w:rPr>
          <w:noProof/>
          <w:sz w:val="32"/>
          <w:szCs w:val="32"/>
        </w:rPr>
        <mc:AlternateContent>
          <mc:Choice Requires="wps">
            <w:drawing>
              <wp:anchor distT="0" distB="0" distL="114300" distR="114300" simplePos="0" relativeHeight="251671040" behindDoc="0" locked="0" layoutInCell="1" allowOverlap="1" wp14:anchorId="0CFF52CC" wp14:editId="38EF691A">
                <wp:simplePos x="0" y="0"/>
                <wp:positionH relativeFrom="page">
                  <wp:posOffset>4268470</wp:posOffset>
                </wp:positionH>
                <wp:positionV relativeFrom="page">
                  <wp:posOffset>5629910</wp:posOffset>
                </wp:positionV>
                <wp:extent cx="279400" cy="203200"/>
                <wp:effectExtent l="57150" t="19050" r="82550" b="101600"/>
                <wp:wrapNone/>
                <wp:docPr id="63" name="Rectangle 63"/>
                <wp:cNvGraphicFramePr/>
                <a:graphic xmlns:a="http://schemas.openxmlformats.org/drawingml/2006/main">
                  <a:graphicData uri="http://schemas.microsoft.com/office/word/2010/wordprocessingShape">
                    <wps:wsp>
                      <wps:cNvSpPr/>
                      <wps:spPr>
                        <a:xfrm>
                          <a:off x="0" y="0"/>
                          <a:ext cx="279400" cy="203200"/>
                        </a:xfrm>
                        <a:prstGeom prst="rect">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txbx>
                        <w:txbxContent>
                          <w:p w14:paraId="5EF6E314" w14:textId="7ED9520F" w:rsidR="00D85425" w:rsidRPr="00D85425" w:rsidRDefault="00D85425" w:rsidP="00D85425">
                            <w:pPr>
                              <w:spacing w:after="0"/>
                              <w:jc w:val="center"/>
                              <w:rPr>
                                <w:rFonts w:ascii="Arial" w:hAnsi="Arial" w:cs="Arial"/>
                                <w:b/>
                                <w:color w:val="000000"/>
                              </w:rPr>
                            </w:pPr>
                            <w:r w:rsidRPr="00D85425">
                              <w:rPr>
                                <w:rFonts w:ascii="Arial" w:hAnsi="Arial" w:cs="Arial"/>
                                <w:b/>
                                <w:color w:val="000000"/>
                              </w:rPr>
                              <w:t>14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0CFF52CC" id="Rectangle 63" o:spid="_x0000_s1031" style="position:absolute;margin-left:336.1pt;margin-top:443.3pt;width:22pt;height:16pt;z-index:25167104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" fillcolor="yellow" strokecolor="yellow">
                <v:shadow on="t" color="black" opacity="22937f" origin=",.5" offset="0,.63889mm"/>
                <v:textbox inset="0,0,0,0">
                  <w:txbxContent>
                    <w:p w14:paraId="5EF6E314" w14:textId="7ED9520F" w:rsidR="00D85425" w:rsidRPr="00D85425" w:rsidRDefault="00D85425" w:rsidP="00D85425">
                      <w:pPr>
                        <w:spacing w:after="0"/>
                        <w:jc w:val="center"/>
                        <w:rPr>
                          <w:rFonts w:ascii="Arial" w:hAnsi="Arial" w:cs="Arial"/>
                          <w:b/>
                          <w:color w:val="000000"/>
                        </w:rPr>
                      </w:pPr>
                      <w:r w:rsidRPr="00D85425">
                        <w:rPr>
                          <w:rFonts w:ascii="Arial" w:hAnsi="Arial" w:cs="Arial"/>
                          <w:b/>
                          <w:color w:val="000000"/>
                        </w:rPr>
                        <w:t>14</w:t>
                      </w:r>
                    </w:p>
                  </w:txbxContent>
                </v:textbox>
                <w10:wrap anchorx="page" anchory="page"/>
              </v:rect>
            </w:pict>
          </mc:Fallback>
        </mc:AlternateContent>
      </w:r>
      <w:r>
        <w:rPr>
          <w:noProof/>
          <w:sz w:val="32"/>
          <w:szCs w:val="32"/>
        </w:rPr>
        <mc:AlternateContent>
          <mc:Choice Requires="wps">
            <w:drawing>
              <wp:anchor distT="0" distB="0" distL="114300" distR="114300" simplePos="0" relativeHeight="251668992" behindDoc="0" locked="0" layoutInCell="1" allowOverlap="1" wp14:anchorId="79763707" wp14:editId="59414B37">
                <wp:simplePos x="0" y="0"/>
                <wp:positionH relativeFrom="page">
                  <wp:posOffset>4408170</wp:posOffset>
                </wp:positionH>
                <wp:positionV relativeFrom="page">
                  <wp:posOffset>5531485</wp:posOffset>
                </wp:positionV>
                <wp:extent cx="0" cy="200025"/>
                <wp:effectExtent l="114300" t="38100" r="57150" b="85725"/>
                <wp:wrapNone/>
                <wp:docPr id="62" name="Straight Connector 62"/>
                <wp:cNvGraphicFramePr/>
                <a:graphic xmlns:a="http://schemas.openxmlformats.org/drawingml/2006/main">
                  <a:graphicData uri="http://schemas.microsoft.com/office/word/2010/wordprocessingShape">
                    <wps:wsp>
                      <wps:cNvCnPr/>
                      <wps:spPr>
                        <a:xfrm flipV="1">
                          <a:off x="0" y="0"/>
                          <a:ext cx="0" cy="200025"/>
                        </a:xfrm>
                        <a:prstGeom prst="line">
                          <a:avLst/>
                        </a:prstGeom>
                        <a:ln w="1524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D382E53" id="Straight Connector 62" o:spid="_x0000_s1026" style="position:absolute;flip:y;z-index:251668992;visibility:visible;mso-wrap-style:square;mso-wrap-distance-left:9pt;mso-wrap-distance-top:0;mso-wrap-distance-right:9pt;mso-wrap-distance-bottom:0;mso-position-horizontal:absolute;mso-position-horizontal-relative:page;mso-position-vertical:absolute;mso-position-vertical-relative:page" from="347.1pt,435.55pt" to="347.1pt,4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" strokecolor="yellow" strokeweight="1.2pt">
                <v:stroke endarrow="open"/>
                <v:shadow on="t" color="black" opacity="24903f" origin=",.5" offset="0,.55556mm"/>
                <w10:wrap anchorx="page" anchory="page"/>
              </v:line>
            </w:pict>
          </mc:Fallback>
        </mc:AlternateContent>
      </w:r>
      <w:r>
        <w:rPr>
          <w:noProof/>
          <w:sz w:val="32"/>
          <w:szCs w:val="32"/>
        </w:rPr>
        <mc:AlternateContent>
          <mc:Choice Requires="wps">
            <w:drawing>
              <wp:anchor distT="0" distB="0" distL="114300" distR="114300" simplePos="0" relativeHeight="251666944" behindDoc="0" locked="0" layoutInCell="1" allowOverlap="1" wp14:anchorId="440ED451" wp14:editId="6D1BA978">
                <wp:simplePos x="0" y="0"/>
                <wp:positionH relativeFrom="page">
                  <wp:posOffset>3389630</wp:posOffset>
                </wp:positionH>
                <wp:positionV relativeFrom="page">
                  <wp:posOffset>5629910</wp:posOffset>
                </wp:positionV>
                <wp:extent cx="279400" cy="203200"/>
                <wp:effectExtent l="57150" t="19050" r="82550" b="101600"/>
                <wp:wrapNone/>
                <wp:docPr id="61" name="Rectangle 61"/>
                <wp:cNvGraphicFramePr/>
                <a:graphic xmlns:a="http://schemas.openxmlformats.org/drawingml/2006/main">
                  <a:graphicData uri="http://schemas.microsoft.com/office/word/2010/wordprocessingShape">
                    <wps:wsp>
                      <wps:cNvSpPr/>
                      <wps:spPr>
                        <a:xfrm>
                          <a:off x="0" y="0"/>
                          <a:ext cx="279400" cy="203200"/>
                        </a:xfrm>
                        <a:prstGeom prst="rect">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txbx>
                        <w:txbxContent>
                          <w:p w14:paraId="33964E8E" w14:textId="2F7E7F3D" w:rsidR="00D85425" w:rsidRPr="00D85425" w:rsidRDefault="00D85425" w:rsidP="00D85425">
                            <w:pPr>
                              <w:spacing w:after="0"/>
                              <w:jc w:val="center"/>
                              <w:rPr>
                                <w:rFonts w:ascii="Arial" w:hAnsi="Arial" w:cs="Arial"/>
                                <w:b/>
                                <w:color w:val="000000"/>
                              </w:rPr>
                            </w:pPr>
                            <w:r w:rsidRPr="00D85425">
                              <w:rPr>
                                <w:rFonts w:ascii="Arial" w:hAnsi="Arial" w:cs="Arial"/>
                                <w:b/>
                                <w:color w:val="000000"/>
                              </w:rPr>
                              <w:t>13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440ED451" id="Rectangle 61" o:spid="_x0000_s1032" style="position:absolute;margin-left:266.9pt;margin-top:443.3pt;width:22pt;height:16pt;z-index:25166694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" fillcolor="yellow" strokecolor="yellow">
                <v:shadow on="t" color="black" opacity="22937f" origin=",.5" offset="0,.63889mm"/>
                <v:textbox inset="0,0,0,0">
                  <w:txbxContent>
                    <w:p w14:paraId="33964E8E" w14:textId="2F7E7F3D" w:rsidR="00D85425" w:rsidRPr="00D85425" w:rsidRDefault="00D85425" w:rsidP="00D85425">
                      <w:pPr>
                        <w:spacing w:after="0"/>
                        <w:jc w:val="center"/>
                        <w:rPr>
                          <w:rFonts w:ascii="Arial" w:hAnsi="Arial" w:cs="Arial"/>
                          <w:b/>
                          <w:color w:val="000000"/>
                        </w:rPr>
                      </w:pPr>
                      <w:r w:rsidRPr="00D85425">
                        <w:rPr>
                          <w:rFonts w:ascii="Arial" w:hAnsi="Arial" w:cs="Arial"/>
                          <w:b/>
                          <w:color w:val="000000"/>
                        </w:rPr>
                        <w:t>13</w:t>
                      </w:r>
                    </w:p>
                  </w:txbxContent>
                </v:textbox>
                <w10:wrap anchorx="page" anchory="page"/>
              </v:rect>
            </w:pict>
          </mc:Fallback>
        </mc:AlternateContent>
      </w:r>
      <w:r>
        <w:rPr>
          <w:noProof/>
          <w:sz w:val="32"/>
          <w:szCs w:val="32"/>
        </w:rPr>
        <mc:AlternateContent>
          <mc:Choice Requires="wps">
            <w:drawing>
              <wp:anchor distT="0" distB="0" distL="114300" distR="114300" simplePos="0" relativeHeight="251664896" behindDoc="0" locked="0" layoutInCell="1" allowOverlap="1" wp14:anchorId="711CD8A9" wp14:editId="78263712">
                <wp:simplePos x="0" y="0"/>
                <wp:positionH relativeFrom="page">
                  <wp:posOffset>3529330</wp:posOffset>
                </wp:positionH>
                <wp:positionV relativeFrom="page">
                  <wp:posOffset>5531485</wp:posOffset>
                </wp:positionV>
                <wp:extent cx="0" cy="200025"/>
                <wp:effectExtent l="114300" t="38100" r="57150" b="85725"/>
                <wp:wrapNone/>
                <wp:docPr id="60" name="Straight Connector 60"/>
                <wp:cNvGraphicFramePr/>
                <a:graphic xmlns:a="http://schemas.openxmlformats.org/drawingml/2006/main">
                  <a:graphicData uri="http://schemas.microsoft.com/office/word/2010/wordprocessingShape">
                    <wps:wsp>
                      <wps:cNvCnPr/>
                      <wps:spPr>
                        <a:xfrm flipV="1">
                          <a:off x="0" y="0"/>
                          <a:ext cx="0" cy="200025"/>
                        </a:xfrm>
                        <a:prstGeom prst="line">
                          <a:avLst/>
                        </a:prstGeom>
                        <a:ln w="1524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A09B62E" id="Straight Connector 60" o:spid="_x0000_s1026" style="position:absolute;flip:y;z-index:251664896;visibility:visible;mso-wrap-style:square;mso-wrap-distance-left:9pt;mso-wrap-distance-top:0;mso-wrap-distance-right:9pt;mso-wrap-distance-bottom:0;mso-position-horizontal:absolute;mso-position-horizontal-relative:page;mso-position-vertical:absolute;mso-position-vertical-relative:page" from="277.9pt,435.55pt" to="277.9pt,4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" strokecolor="yellow" strokeweight="1.2pt">
                <v:stroke endarrow="open"/>
                <v:shadow on="t" color="black" opacity="24903f" origin=",.5" offset="0,.55556mm"/>
                <w10:wrap anchorx="page" anchory="page"/>
              </v:line>
            </w:pict>
          </mc:Fallback>
        </mc:AlternateContent>
      </w:r>
      <w:r>
        <w:rPr>
          <w:noProof/>
          <w:sz w:val="32"/>
          <w:szCs w:val="32"/>
        </w:rPr>
        <mc:AlternateContent>
          <mc:Choice Requires="wps">
            <w:drawing>
              <wp:anchor distT="0" distB="0" distL="114300" distR="114300" simplePos="0" relativeHeight="251662848" behindDoc="0" locked="0" layoutInCell="1" allowOverlap="1" wp14:anchorId="60C8E129" wp14:editId="0903F6F8">
                <wp:simplePos x="0" y="0"/>
                <wp:positionH relativeFrom="page">
                  <wp:posOffset>2332990</wp:posOffset>
                </wp:positionH>
                <wp:positionV relativeFrom="page">
                  <wp:posOffset>5629910</wp:posOffset>
                </wp:positionV>
                <wp:extent cx="279400" cy="203200"/>
                <wp:effectExtent l="57150" t="19050" r="82550" b="101600"/>
                <wp:wrapNone/>
                <wp:docPr id="59" name="Rectangle 59"/>
                <wp:cNvGraphicFramePr/>
                <a:graphic xmlns:a="http://schemas.openxmlformats.org/drawingml/2006/main">
                  <a:graphicData uri="http://schemas.microsoft.com/office/word/2010/wordprocessingShape">
                    <wps:wsp>
                      <wps:cNvSpPr/>
                      <wps:spPr>
                        <a:xfrm>
                          <a:off x="0" y="0"/>
                          <a:ext cx="279400" cy="203200"/>
                        </a:xfrm>
                        <a:prstGeom prst="rect">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txbx>
                        <w:txbxContent>
                          <w:p w14:paraId="2181D8A4" w14:textId="58DDF096" w:rsidR="00D85425" w:rsidRPr="00D85425" w:rsidRDefault="00D85425" w:rsidP="00D85425">
                            <w:pPr>
                              <w:spacing w:after="0"/>
                              <w:jc w:val="center"/>
                              <w:rPr>
                                <w:rFonts w:ascii="Arial" w:hAnsi="Arial" w:cs="Arial"/>
                                <w:b/>
                                <w:color w:val="000000"/>
                              </w:rPr>
                            </w:pPr>
                            <w:r w:rsidRPr="00D85425">
                              <w:rPr>
                                <w:rFonts w:ascii="Arial" w:hAnsi="Arial" w:cs="Arial"/>
                                <w:b/>
                                <w:color w:val="000000"/>
                              </w:rPr>
                              <w:t>12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60C8E129" id="Rectangle 59" o:spid="_x0000_s1033" style="position:absolute;margin-left:183.7pt;margin-top:443.3pt;width:22pt;height:16pt;z-index:25166284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" fillcolor="yellow" strokecolor="yellow">
                <v:shadow on="t" color="black" opacity="22937f" origin=",.5" offset="0,.63889mm"/>
                <v:textbox inset="0,0,0,0">
                  <w:txbxContent>
                    <w:p w14:paraId="2181D8A4" w14:textId="58DDF096" w:rsidR="00D85425" w:rsidRPr="00D85425" w:rsidRDefault="00D85425" w:rsidP="00D85425">
                      <w:pPr>
                        <w:spacing w:after="0"/>
                        <w:jc w:val="center"/>
                        <w:rPr>
                          <w:rFonts w:ascii="Arial" w:hAnsi="Arial" w:cs="Arial"/>
                          <w:b/>
                          <w:color w:val="000000"/>
                        </w:rPr>
                      </w:pPr>
                      <w:r w:rsidRPr="00D85425">
                        <w:rPr>
                          <w:rFonts w:ascii="Arial" w:hAnsi="Arial" w:cs="Arial"/>
                          <w:b/>
                          <w:color w:val="000000"/>
                        </w:rPr>
                        <w:t>12</w:t>
                      </w:r>
                    </w:p>
                  </w:txbxContent>
                </v:textbox>
                <w10:wrap anchorx="page" anchory="page"/>
              </v:rect>
            </w:pict>
          </mc:Fallback>
        </mc:AlternateContent>
      </w:r>
      <w:r>
        <w:rPr>
          <w:noProof/>
          <w:sz w:val="32"/>
          <w:szCs w:val="32"/>
        </w:rPr>
        <mc:AlternateContent>
          <mc:Choice Requires="wps">
            <w:drawing>
              <wp:anchor distT="0" distB="0" distL="114300" distR="114300" simplePos="0" relativeHeight="251660800" behindDoc="0" locked="0" layoutInCell="1" allowOverlap="1" wp14:anchorId="721EE68E" wp14:editId="45CA9D5E">
                <wp:simplePos x="0" y="0"/>
                <wp:positionH relativeFrom="page">
                  <wp:posOffset>2472690</wp:posOffset>
                </wp:positionH>
                <wp:positionV relativeFrom="page">
                  <wp:posOffset>5531485</wp:posOffset>
                </wp:positionV>
                <wp:extent cx="0" cy="200025"/>
                <wp:effectExtent l="114300" t="38100" r="57150" b="85725"/>
                <wp:wrapNone/>
                <wp:docPr id="58" name="Straight Connector 58"/>
                <wp:cNvGraphicFramePr/>
                <a:graphic xmlns:a="http://schemas.openxmlformats.org/drawingml/2006/main">
                  <a:graphicData uri="http://schemas.microsoft.com/office/word/2010/wordprocessingShape">
                    <wps:wsp>
                      <wps:cNvCnPr/>
                      <wps:spPr>
                        <a:xfrm flipV="1">
                          <a:off x="0" y="0"/>
                          <a:ext cx="0" cy="200025"/>
                        </a:xfrm>
                        <a:prstGeom prst="line">
                          <a:avLst/>
                        </a:prstGeom>
                        <a:ln w="1524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6580001" id="Straight Connector 58" o:spid="_x0000_s1026" style="position:absolute;flip:y;z-index:251660800;visibility:visible;mso-wrap-style:square;mso-wrap-distance-left:9pt;mso-wrap-distance-top:0;mso-wrap-distance-right:9pt;mso-wrap-distance-bottom:0;mso-position-horizontal:absolute;mso-position-horizontal-relative:page;mso-position-vertical:absolute;mso-position-vertical-relative:page" from="194.7pt,435.55pt" to="194.7pt,4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" strokecolor="yellow" strokeweight="1.2pt">
                <v:stroke endarrow="open"/>
                <v:shadow on="t" color="black" opacity="24903f" origin=",.5" offset="0,.55556mm"/>
                <w10:wrap anchorx="page" anchory="page"/>
              </v:line>
            </w:pict>
          </mc:Fallback>
        </mc:AlternateContent>
      </w:r>
      <w:r>
        <w:rPr>
          <w:noProof/>
          <w:sz w:val="32"/>
          <w:szCs w:val="32"/>
        </w:rPr>
        <mc:AlternateContent>
          <mc:Choice Requires="wps">
            <w:drawing>
              <wp:anchor distT="0" distB="0" distL="114300" distR="114300" simplePos="0" relativeHeight="251658752" behindDoc="0" locked="0" layoutInCell="1" allowOverlap="1" wp14:anchorId="4E2B4305" wp14:editId="1B7DD7C0">
                <wp:simplePos x="0" y="0"/>
                <wp:positionH relativeFrom="page">
                  <wp:posOffset>1091565</wp:posOffset>
                </wp:positionH>
                <wp:positionV relativeFrom="page">
                  <wp:posOffset>5629910</wp:posOffset>
                </wp:positionV>
                <wp:extent cx="279400" cy="203200"/>
                <wp:effectExtent l="57150" t="19050" r="82550" b="101600"/>
                <wp:wrapNone/>
                <wp:docPr id="57" name="Rectangle 57"/>
                <wp:cNvGraphicFramePr/>
                <a:graphic xmlns:a="http://schemas.openxmlformats.org/drawingml/2006/main">
                  <a:graphicData uri="http://schemas.microsoft.com/office/word/2010/wordprocessingShape">
                    <wps:wsp>
                      <wps:cNvSpPr/>
                      <wps:spPr>
                        <a:xfrm>
                          <a:off x="0" y="0"/>
                          <a:ext cx="279400" cy="203200"/>
                        </a:xfrm>
                        <a:prstGeom prst="rect">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txbx>
                        <w:txbxContent>
                          <w:p w14:paraId="7EBF4B1C" w14:textId="32E11E37" w:rsidR="00D85425" w:rsidRPr="00D85425" w:rsidRDefault="00D85425" w:rsidP="00D85425">
                            <w:pPr>
                              <w:spacing w:after="0"/>
                              <w:jc w:val="center"/>
                              <w:rPr>
                                <w:rFonts w:ascii="Arial" w:hAnsi="Arial" w:cs="Arial"/>
                                <w:b/>
                                <w:color w:val="000000"/>
                              </w:rPr>
                            </w:pPr>
                            <w:r w:rsidRPr="00D85425">
                              <w:rPr>
                                <w:rFonts w:ascii="Arial" w:hAnsi="Arial" w:cs="Arial"/>
                                <w:b/>
                                <w:color w:val="000000"/>
                              </w:rPr>
                              <w:t>11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4E2B4305" id="Rectangle 57" o:spid="_x0000_s1034" style="position:absolute;margin-left:85.95pt;margin-top:443.3pt;width:22pt;height:16pt;z-index:25165875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" fillcolor="yellow" strokecolor="yellow">
                <v:shadow on="t" color="black" opacity="22937f" origin=",.5" offset="0,.63889mm"/>
                <v:textbox inset="0,0,0,0">
                  <w:txbxContent>
                    <w:p w14:paraId="7EBF4B1C" w14:textId="32E11E37" w:rsidR="00D85425" w:rsidRPr="00D85425" w:rsidRDefault="00D85425" w:rsidP="00D85425">
                      <w:pPr>
                        <w:spacing w:after="0"/>
                        <w:jc w:val="center"/>
                        <w:rPr>
                          <w:rFonts w:ascii="Arial" w:hAnsi="Arial" w:cs="Arial"/>
                          <w:b/>
                          <w:color w:val="000000"/>
                        </w:rPr>
                      </w:pPr>
                      <w:r w:rsidRPr="00D85425">
                        <w:rPr>
                          <w:rFonts w:ascii="Arial" w:hAnsi="Arial" w:cs="Arial"/>
                          <w:b/>
                          <w:color w:val="000000"/>
                        </w:rPr>
                        <w:t>11</w:t>
                      </w:r>
                    </w:p>
                  </w:txbxContent>
                </v:textbox>
                <w10:wrap anchorx="page" anchory="page"/>
              </v:rect>
            </w:pict>
          </mc:Fallback>
        </mc:AlternateContent>
      </w:r>
      <w:r>
        <w:rPr>
          <w:noProof/>
          <w:sz w:val="32"/>
          <w:szCs w:val="32"/>
        </w:rPr>
        <mc:AlternateContent>
          <mc:Choice Requires="wps">
            <w:drawing>
              <wp:anchor distT="0" distB="0" distL="114300" distR="114300" simplePos="0" relativeHeight="251656704" behindDoc="0" locked="0" layoutInCell="1" allowOverlap="1" wp14:anchorId="6127E9A7" wp14:editId="6FEABDBC">
                <wp:simplePos x="0" y="0"/>
                <wp:positionH relativeFrom="page">
                  <wp:posOffset>1231265</wp:posOffset>
                </wp:positionH>
                <wp:positionV relativeFrom="page">
                  <wp:posOffset>5531485</wp:posOffset>
                </wp:positionV>
                <wp:extent cx="0" cy="200025"/>
                <wp:effectExtent l="114300" t="38100" r="57150" b="85725"/>
                <wp:wrapNone/>
                <wp:docPr id="56" name="Straight Connector 56"/>
                <wp:cNvGraphicFramePr/>
                <a:graphic xmlns:a="http://schemas.openxmlformats.org/drawingml/2006/main">
                  <a:graphicData uri="http://schemas.microsoft.com/office/word/2010/wordprocessingShape">
                    <wps:wsp>
                      <wps:cNvCnPr/>
                      <wps:spPr>
                        <a:xfrm flipV="1">
                          <a:off x="0" y="0"/>
                          <a:ext cx="0" cy="200025"/>
                        </a:xfrm>
                        <a:prstGeom prst="line">
                          <a:avLst/>
                        </a:prstGeom>
                        <a:ln w="1524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C06217F" id="Straight Connector 56" o:spid="_x0000_s1026" style="position:absolute;flip:y;z-index:251656704;visibility:visible;mso-wrap-style:square;mso-wrap-distance-left:9pt;mso-wrap-distance-top:0;mso-wrap-distance-right:9pt;mso-wrap-distance-bottom:0;mso-position-horizontal:absolute;mso-position-horizontal-relative:page;mso-position-vertical:absolute;mso-position-vertical-relative:page" from="96.95pt,435.55pt" to="96.95pt,4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" strokecolor="yellow" strokeweight="1.2pt">
                <v:stroke endarrow="open"/>
                <v:shadow on="t" color="black" opacity="24903f" origin=",.5" offset="0,.55556mm"/>
                <w10:wrap anchorx="page" anchory="page"/>
              </v:line>
            </w:pict>
          </mc:Fallback>
        </mc:AlternateContent>
      </w:r>
      <w:r>
        <w:rPr>
          <w:noProof/>
          <w:sz w:val="32"/>
          <w:szCs w:val="32"/>
        </w:rPr>
        <mc:AlternateContent>
          <mc:Choice Requires="wps">
            <w:drawing>
              <wp:anchor distT="0" distB="0" distL="114300" distR="114300" simplePos="0" relativeHeight="251654656" behindDoc="0" locked="0" layoutInCell="1" allowOverlap="1" wp14:anchorId="7FB67BD8" wp14:editId="3D047AE0">
                <wp:simplePos x="0" y="0"/>
                <wp:positionH relativeFrom="page">
                  <wp:posOffset>336550</wp:posOffset>
                </wp:positionH>
                <wp:positionV relativeFrom="page">
                  <wp:posOffset>4959350</wp:posOffset>
                </wp:positionV>
                <wp:extent cx="279400" cy="203200"/>
                <wp:effectExtent l="57150" t="19050" r="82550" b="101600"/>
                <wp:wrapNone/>
                <wp:docPr id="55" name="Rectangle 55"/>
                <wp:cNvGraphicFramePr/>
                <a:graphic xmlns:a="http://schemas.openxmlformats.org/drawingml/2006/main">
                  <a:graphicData uri="http://schemas.microsoft.com/office/word/2010/wordprocessingShape">
                    <wps:wsp>
                      <wps:cNvSpPr/>
                      <wps:spPr>
                        <a:xfrm>
                          <a:off x="0" y="0"/>
                          <a:ext cx="279400" cy="203200"/>
                        </a:xfrm>
                        <a:prstGeom prst="rect">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txbx>
                        <w:txbxContent>
                          <w:p w14:paraId="109C39F7" w14:textId="4750A4CD" w:rsidR="00D85425" w:rsidRPr="00D85425" w:rsidRDefault="00D85425" w:rsidP="00D85425">
                            <w:pPr>
                              <w:spacing w:after="0"/>
                              <w:jc w:val="center"/>
                              <w:rPr>
                                <w:rFonts w:ascii="Arial" w:hAnsi="Arial" w:cs="Arial"/>
                                <w:b/>
                                <w:color w:val="000000"/>
                              </w:rPr>
                            </w:pPr>
                            <w:r w:rsidRPr="00D85425">
                              <w:rPr>
                                <w:rFonts w:ascii="Arial" w:hAnsi="Arial" w:cs="Arial"/>
                                <w:b/>
                                <w:color w:val="000000"/>
                              </w:rPr>
                              <w:t>10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7FB67BD8" id="Rectangle 55" o:spid="_x0000_s1035" style="position:absolute;margin-left:26.5pt;margin-top:390.5pt;width:22pt;height:16pt;z-index:25165465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" fillcolor="yellow" strokecolor="yellow">
                <v:shadow on="t" color="black" opacity="22937f" origin=",.5" offset="0,.63889mm"/>
                <v:textbox inset="0,0,0,0">
                  <w:txbxContent>
                    <w:p w14:paraId="109C39F7" w14:textId="4750A4CD" w:rsidR="00D85425" w:rsidRPr="00D85425" w:rsidRDefault="00D85425" w:rsidP="00D85425">
                      <w:pPr>
                        <w:spacing w:after="0"/>
                        <w:jc w:val="center"/>
                        <w:rPr>
                          <w:rFonts w:ascii="Arial" w:hAnsi="Arial" w:cs="Arial"/>
                          <w:b/>
                          <w:color w:val="000000"/>
                        </w:rPr>
                      </w:pPr>
                      <w:r w:rsidRPr="00D85425">
                        <w:rPr>
                          <w:rFonts w:ascii="Arial" w:hAnsi="Arial" w:cs="Arial"/>
                          <w:b/>
                          <w:color w:val="000000"/>
                        </w:rPr>
                        <w:t>10</w:t>
                      </w:r>
                    </w:p>
                  </w:txbxContent>
                </v:textbox>
                <w10:wrap anchorx="page" anchory="page"/>
              </v:rect>
            </w:pict>
          </mc:Fallback>
        </mc:AlternateContent>
      </w:r>
      <w:r>
        <w:rPr>
          <w:noProof/>
          <w:sz w:val="32"/>
          <w:szCs w:val="32"/>
        </w:rPr>
        <mc:AlternateContent>
          <mc:Choice Requires="wps">
            <w:drawing>
              <wp:anchor distT="0" distB="0" distL="114300" distR="114300" simplePos="0" relativeHeight="251652608" behindDoc="0" locked="0" layoutInCell="1" allowOverlap="1" wp14:anchorId="0CE3B8BB" wp14:editId="2AEC0EE7">
                <wp:simplePos x="0" y="0"/>
                <wp:positionH relativeFrom="page">
                  <wp:posOffset>476250</wp:posOffset>
                </wp:positionH>
                <wp:positionV relativeFrom="page">
                  <wp:posOffset>5060950</wp:posOffset>
                </wp:positionV>
                <wp:extent cx="269875" cy="0"/>
                <wp:effectExtent l="0" t="76200" r="34925" b="152400"/>
                <wp:wrapNone/>
                <wp:docPr id="54" name="Straight Connector 54"/>
                <wp:cNvGraphicFramePr/>
                <a:graphic xmlns:a="http://schemas.openxmlformats.org/drawingml/2006/main">
                  <a:graphicData uri="http://schemas.microsoft.com/office/word/2010/wordprocessingShape">
                    <wps:wsp>
                      <wps:cNvCnPr/>
                      <wps:spPr>
                        <a:xfrm>
                          <a:off x="0" y="0"/>
                          <a:ext cx="269875" cy="0"/>
                        </a:xfrm>
                        <a:prstGeom prst="line">
                          <a:avLst/>
                        </a:prstGeom>
                        <a:ln w="1524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EF1CABC" id="Straight Connector 54" o:spid="_x0000_s1026" style="position:absolute;z-index:251652608;visibility:visible;mso-wrap-style:square;mso-wrap-distance-left:9pt;mso-wrap-distance-top:0;mso-wrap-distance-right:9pt;mso-wrap-distance-bottom:0;mso-position-horizontal:absolute;mso-position-horizontal-relative:page;mso-position-vertical:absolute;mso-position-vertical-relative:page" from="37.5pt,398.5pt" to="58.7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" strokecolor="yellow" strokeweight="1.2pt">
                <v:stroke endarrow="open"/>
                <v:shadow on="t" color="black" opacity="24903f" origin=",.5" offset="0,.55556mm"/>
                <w10:wrap anchorx="page" anchory="page"/>
              </v:line>
            </w:pict>
          </mc:Fallback>
        </mc:AlternateContent>
      </w:r>
      <w:r>
        <w:rPr>
          <w:noProof/>
          <w:sz w:val="32"/>
          <w:szCs w:val="32"/>
        </w:rPr>
        <mc:AlternateContent>
          <mc:Choice Requires="wps">
            <w:drawing>
              <wp:anchor distT="0" distB="0" distL="114300" distR="114300" simplePos="0" relativeHeight="251650560" behindDoc="0" locked="0" layoutInCell="1" allowOverlap="1" wp14:anchorId="029D9463" wp14:editId="100F02D3">
                <wp:simplePos x="0" y="0"/>
                <wp:positionH relativeFrom="page">
                  <wp:posOffset>336550</wp:posOffset>
                </wp:positionH>
                <wp:positionV relativeFrom="page">
                  <wp:posOffset>4727575</wp:posOffset>
                </wp:positionV>
                <wp:extent cx="279400" cy="203200"/>
                <wp:effectExtent l="57150" t="19050" r="82550" b="101600"/>
                <wp:wrapNone/>
                <wp:docPr id="53" name="Rectangle 53"/>
                <wp:cNvGraphicFramePr/>
                <a:graphic xmlns:a="http://schemas.openxmlformats.org/drawingml/2006/main">
                  <a:graphicData uri="http://schemas.microsoft.com/office/word/2010/wordprocessingShape">
                    <wps:wsp>
                      <wps:cNvSpPr/>
                      <wps:spPr>
                        <a:xfrm>
                          <a:off x="0" y="0"/>
                          <a:ext cx="279400" cy="203200"/>
                        </a:xfrm>
                        <a:prstGeom prst="rect">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txbx>
                        <w:txbxContent>
                          <w:p w14:paraId="246844B5" w14:textId="2FF8FCB3" w:rsidR="00D85425" w:rsidRPr="00D85425" w:rsidRDefault="00D85425" w:rsidP="00D85425">
                            <w:pPr>
                              <w:spacing w:after="0"/>
                              <w:jc w:val="center"/>
                              <w:rPr>
                                <w:rFonts w:ascii="Arial" w:hAnsi="Arial" w:cs="Arial"/>
                                <w:b/>
                                <w:color w:val="000000"/>
                              </w:rPr>
                            </w:pPr>
                            <w:r w:rsidRPr="00D85425">
                              <w:rPr>
                                <w:rFonts w:ascii="Arial" w:hAnsi="Arial" w:cs="Arial"/>
                                <w:b/>
                                <w:color w:val="000000"/>
                              </w:rPr>
                              <w:t>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029D9463" id="Rectangle 53" o:spid="_x0000_s1036" style="position:absolute;margin-left:26.5pt;margin-top:372.25pt;width:22pt;height:16pt;z-index:25165056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" fillcolor="yellow" strokecolor="yellow">
                <v:shadow on="t" color="black" opacity="22937f" origin=",.5" offset="0,.63889mm"/>
                <v:textbox inset="0,0,0,0">
                  <w:txbxContent>
                    <w:p w14:paraId="246844B5" w14:textId="2FF8FCB3" w:rsidR="00D85425" w:rsidRPr="00D85425" w:rsidRDefault="00D85425" w:rsidP="00D85425">
                      <w:pPr>
                        <w:spacing w:after="0"/>
                        <w:jc w:val="center"/>
                        <w:rPr>
                          <w:rFonts w:ascii="Arial" w:hAnsi="Arial" w:cs="Arial"/>
                          <w:b/>
                          <w:color w:val="000000"/>
                        </w:rPr>
                      </w:pPr>
                      <w:r w:rsidRPr="00D85425">
                        <w:rPr>
                          <w:rFonts w:ascii="Arial" w:hAnsi="Arial" w:cs="Arial"/>
                          <w:b/>
                          <w:color w:val="000000"/>
                        </w:rPr>
                        <w:t>9</w:t>
                      </w:r>
                    </w:p>
                  </w:txbxContent>
                </v:textbox>
                <w10:wrap anchorx="page" anchory="page"/>
              </v:rect>
            </w:pict>
          </mc:Fallback>
        </mc:AlternateContent>
      </w:r>
      <w:r>
        <w:rPr>
          <w:noProof/>
          <w:sz w:val="32"/>
          <w:szCs w:val="32"/>
        </w:rPr>
        <mc:AlternateContent>
          <mc:Choice Requires="wps">
            <w:drawing>
              <wp:anchor distT="0" distB="0" distL="114300" distR="114300" simplePos="0" relativeHeight="251648512" behindDoc="0" locked="0" layoutInCell="1" allowOverlap="1" wp14:anchorId="4C4F2070" wp14:editId="4BF84F82">
                <wp:simplePos x="0" y="0"/>
                <wp:positionH relativeFrom="page">
                  <wp:posOffset>476250</wp:posOffset>
                </wp:positionH>
                <wp:positionV relativeFrom="page">
                  <wp:posOffset>4829175</wp:posOffset>
                </wp:positionV>
                <wp:extent cx="269875" cy="0"/>
                <wp:effectExtent l="0" t="76200" r="34925" b="152400"/>
                <wp:wrapNone/>
                <wp:docPr id="52" name="Straight Connector 52"/>
                <wp:cNvGraphicFramePr/>
                <a:graphic xmlns:a="http://schemas.openxmlformats.org/drawingml/2006/main">
                  <a:graphicData uri="http://schemas.microsoft.com/office/word/2010/wordprocessingShape">
                    <wps:wsp>
                      <wps:cNvCnPr/>
                      <wps:spPr>
                        <a:xfrm>
                          <a:off x="0" y="0"/>
                          <a:ext cx="269875" cy="0"/>
                        </a:xfrm>
                        <a:prstGeom prst="line">
                          <a:avLst/>
                        </a:prstGeom>
                        <a:ln w="1524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96C6A6F" id="Straight Connector 52" o:spid="_x0000_s1026" style="position:absolute;z-index:251648512;visibility:visible;mso-wrap-style:square;mso-wrap-distance-left:9pt;mso-wrap-distance-top:0;mso-wrap-distance-right:9pt;mso-wrap-distance-bottom:0;mso-position-horizontal:absolute;mso-position-horizontal-relative:page;mso-position-vertical:absolute;mso-position-vertical-relative:page" from="37.5pt,380.25pt" to="58.75pt,3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" strokecolor="yellow" strokeweight="1.2pt">
                <v:stroke endarrow="open"/>
                <v:shadow on="t" color="black" opacity="24903f" origin=",.5" offset="0,.55556mm"/>
                <w10:wrap anchorx="page" anchory="page"/>
              </v:line>
            </w:pict>
          </mc:Fallback>
        </mc:AlternateContent>
      </w:r>
      <w:r>
        <w:rPr>
          <w:noProof/>
          <w:sz w:val="32"/>
          <w:szCs w:val="32"/>
        </w:rPr>
        <mc:AlternateContent>
          <mc:Choice Requires="wps">
            <w:drawing>
              <wp:anchor distT="0" distB="0" distL="114300" distR="114300" simplePos="0" relativeHeight="251644416" behindDoc="0" locked="0" layoutInCell="1" allowOverlap="1" wp14:anchorId="2B26E4BB" wp14:editId="19D64ED5">
                <wp:simplePos x="0" y="0"/>
                <wp:positionH relativeFrom="page">
                  <wp:posOffset>336550</wp:posOffset>
                </wp:positionH>
                <wp:positionV relativeFrom="page">
                  <wp:posOffset>4504055</wp:posOffset>
                </wp:positionV>
                <wp:extent cx="279400" cy="203200"/>
                <wp:effectExtent l="57150" t="19050" r="82550" b="101600"/>
                <wp:wrapNone/>
                <wp:docPr id="51" name="Rectangle 51"/>
                <wp:cNvGraphicFramePr/>
                <a:graphic xmlns:a="http://schemas.openxmlformats.org/drawingml/2006/main">
                  <a:graphicData uri="http://schemas.microsoft.com/office/word/2010/wordprocessingShape">
                    <wps:wsp>
                      <wps:cNvSpPr/>
                      <wps:spPr>
                        <a:xfrm>
                          <a:off x="0" y="0"/>
                          <a:ext cx="279400" cy="203200"/>
                        </a:xfrm>
                        <a:prstGeom prst="rect">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txbx>
                        <w:txbxContent>
                          <w:p w14:paraId="4E2450E4" w14:textId="5103A32B" w:rsidR="00D85425" w:rsidRPr="00D85425" w:rsidRDefault="00D85425" w:rsidP="00D85425">
                            <w:pPr>
                              <w:spacing w:after="0"/>
                              <w:jc w:val="center"/>
                              <w:rPr>
                                <w:rFonts w:ascii="Arial" w:hAnsi="Arial" w:cs="Arial"/>
                                <w:b/>
                                <w:color w:val="000000"/>
                              </w:rPr>
                            </w:pPr>
                            <w:r w:rsidRPr="00D85425">
                              <w:rPr>
                                <w:rFonts w:ascii="Arial" w:hAnsi="Arial" w:cs="Arial"/>
                                <w:b/>
                                <w:color w:val="000000"/>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2B26E4BB" id="Rectangle 51" o:spid="_x0000_s1037" style="position:absolute;margin-left:26.5pt;margin-top:354.65pt;width:22pt;height:16pt;z-index:25164441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" fillcolor="yellow" strokecolor="yellow">
                <v:shadow on="t" color="black" opacity="22937f" origin=",.5" offset="0,.63889mm"/>
                <v:textbox inset="0,0,0,0">
                  <w:txbxContent>
                    <w:p w14:paraId="4E2450E4" w14:textId="5103A32B" w:rsidR="00D85425" w:rsidRPr="00D85425" w:rsidRDefault="00D85425" w:rsidP="00D85425">
                      <w:pPr>
                        <w:spacing w:after="0"/>
                        <w:jc w:val="center"/>
                        <w:rPr>
                          <w:rFonts w:ascii="Arial" w:hAnsi="Arial" w:cs="Arial"/>
                          <w:b/>
                          <w:color w:val="000000"/>
                        </w:rPr>
                      </w:pPr>
                      <w:r w:rsidRPr="00D85425">
                        <w:rPr>
                          <w:rFonts w:ascii="Arial" w:hAnsi="Arial" w:cs="Arial"/>
                          <w:b/>
                          <w:color w:val="000000"/>
                        </w:rPr>
                        <w:t>8</w:t>
                      </w:r>
                    </w:p>
                  </w:txbxContent>
                </v:textbox>
                <w10:wrap anchorx="page" anchory="page"/>
              </v:rect>
            </w:pict>
          </mc:Fallback>
        </mc:AlternateContent>
      </w:r>
      <w:r>
        <w:rPr>
          <w:noProof/>
          <w:sz w:val="32"/>
          <w:szCs w:val="32"/>
        </w:rPr>
        <mc:AlternateContent>
          <mc:Choice Requires="wps">
            <w:drawing>
              <wp:anchor distT="0" distB="0" distL="114300" distR="114300" simplePos="0" relativeHeight="251642368" behindDoc="0" locked="0" layoutInCell="1" allowOverlap="1" wp14:anchorId="59B6645A" wp14:editId="4887B923">
                <wp:simplePos x="0" y="0"/>
                <wp:positionH relativeFrom="page">
                  <wp:posOffset>476250</wp:posOffset>
                </wp:positionH>
                <wp:positionV relativeFrom="page">
                  <wp:posOffset>4605655</wp:posOffset>
                </wp:positionV>
                <wp:extent cx="269875" cy="0"/>
                <wp:effectExtent l="0" t="76200" r="34925" b="152400"/>
                <wp:wrapNone/>
                <wp:docPr id="50" name="Straight Connector 50"/>
                <wp:cNvGraphicFramePr/>
                <a:graphic xmlns:a="http://schemas.openxmlformats.org/drawingml/2006/main">
                  <a:graphicData uri="http://schemas.microsoft.com/office/word/2010/wordprocessingShape">
                    <wps:wsp>
                      <wps:cNvCnPr/>
                      <wps:spPr>
                        <a:xfrm>
                          <a:off x="0" y="0"/>
                          <a:ext cx="269875" cy="0"/>
                        </a:xfrm>
                        <a:prstGeom prst="line">
                          <a:avLst/>
                        </a:prstGeom>
                        <a:ln w="1524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3A40760" id="Straight Connector 50" o:spid="_x0000_s1026" style="position:absolute;z-index:251642368;visibility:visible;mso-wrap-style:square;mso-wrap-distance-left:9pt;mso-wrap-distance-top:0;mso-wrap-distance-right:9pt;mso-wrap-distance-bottom:0;mso-position-horizontal:absolute;mso-position-horizontal-relative:page;mso-position-vertical:absolute;mso-position-vertical-relative:page" from="37.5pt,362.65pt" to="58.75pt,3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" strokecolor="yellow" strokeweight="1.2pt">
                <v:stroke endarrow="open"/>
                <v:shadow on="t" color="black" opacity="24903f" origin=",.5" offset="0,.55556mm"/>
                <w10:wrap anchorx="page" anchory="page"/>
              </v:line>
            </w:pict>
          </mc:Fallback>
        </mc:AlternateContent>
      </w:r>
      <w:r>
        <w:rPr>
          <w:noProof/>
          <w:sz w:val="32"/>
          <w:szCs w:val="32"/>
        </w:rPr>
        <mc:AlternateContent>
          <mc:Choice Requires="wps">
            <w:drawing>
              <wp:anchor distT="0" distB="0" distL="114300" distR="114300" simplePos="0" relativeHeight="251640320" behindDoc="0" locked="0" layoutInCell="1" allowOverlap="1" wp14:anchorId="7EB11F1D" wp14:editId="4DCCE55B">
                <wp:simplePos x="0" y="0"/>
                <wp:positionH relativeFrom="page">
                  <wp:posOffset>336550</wp:posOffset>
                </wp:positionH>
                <wp:positionV relativeFrom="page">
                  <wp:posOffset>4280535</wp:posOffset>
                </wp:positionV>
                <wp:extent cx="279400" cy="203200"/>
                <wp:effectExtent l="57150" t="19050" r="82550" b="101600"/>
                <wp:wrapNone/>
                <wp:docPr id="49" name="Rectangle 49"/>
                <wp:cNvGraphicFramePr/>
                <a:graphic xmlns:a="http://schemas.openxmlformats.org/drawingml/2006/main">
                  <a:graphicData uri="http://schemas.microsoft.com/office/word/2010/wordprocessingShape">
                    <wps:wsp>
                      <wps:cNvSpPr/>
                      <wps:spPr>
                        <a:xfrm>
                          <a:off x="0" y="0"/>
                          <a:ext cx="279400" cy="203200"/>
                        </a:xfrm>
                        <a:prstGeom prst="rect">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txbx>
                        <w:txbxContent>
                          <w:p w14:paraId="33B74B39" w14:textId="7E3F239A" w:rsidR="00D85425" w:rsidRPr="00D85425" w:rsidRDefault="00D85425" w:rsidP="00D85425">
                            <w:pPr>
                              <w:spacing w:after="0"/>
                              <w:jc w:val="center"/>
                              <w:rPr>
                                <w:rFonts w:ascii="Arial" w:hAnsi="Arial" w:cs="Arial"/>
                                <w:b/>
                                <w:color w:val="000000"/>
                              </w:rPr>
                            </w:pPr>
                            <w:r w:rsidRPr="00D85425">
                              <w:rPr>
                                <w:rFonts w:ascii="Arial" w:hAnsi="Arial" w:cs="Arial"/>
                                <w:b/>
                                <w:color w:val="000000"/>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7EB11F1D" id="Rectangle 49" o:spid="_x0000_s1038" style="position:absolute;margin-left:26.5pt;margin-top:337.05pt;width:22pt;height:16pt;z-index:25164032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" fillcolor="yellow" strokecolor="yellow">
                <v:shadow on="t" color="black" opacity="22937f" origin=",.5" offset="0,.63889mm"/>
                <v:textbox inset="0,0,0,0">
                  <w:txbxContent>
                    <w:p w14:paraId="33B74B39" w14:textId="7E3F239A" w:rsidR="00D85425" w:rsidRPr="00D85425" w:rsidRDefault="00D85425" w:rsidP="00D85425">
                      <w:pPr>
                        <w:spacing w:after="0"/>
                        <w:jc w:val="center"/>
                        <w:rPr>
                          <w:rFonts w:ascii="Arial" w:hAnsi="Arial" w:cs="Arial"/>
                          <w:b/>
                          <w:color w:val="000000"/>
                        </w:rPr>
                      </w:pPr>
                      <w:r w:rsidRPr="00D85425">
                        <w:rPr>
                          <w:rFonts w:ascii="Arial" w:hAnsi="Arial" w:cs="Arial"/>
                          <w:b/>
                          <w:color w:val="000000"/>
                        </w:rPr>
                        <w:t>7</w:t>
                      </w:r>
                    </w:p>
                  </w:txbxContent>
                </v:textbox>
                <w10:wrap anchorx="page" anchory="page"/>
              </v:rect>
            </w:pict>
          </mc:Fallback>
        </mc:AlternateContent>
      </w:r>
      <w:r>
        <w:rPr>
          <w:noProof/>
          <w:sz w:val="32"/>
          <w:szCs w:val="32"/>
        </w:rPr>
        <mc:AlternateContent>
          <mc:Choice Requires="wps">
            <w:drawing>
              <wp:anchor distT="0" distB="0" distL="114300" distR="114300" simplePos="0" relativeHeight="251638272" behindDoc="0" locked="0" layoutInCell="1" allowOverlap="1" wp14:anchorId="4007F634" wp14:editId="5A2EBB1B">
                <wp:simplePos x="0" y="0"/>
                <wp:positionH relativeFrom="page">
                  <wp:posOffset>476250</wp:posOffset>
                </wp:positionH>
                <wp:positionV relativeFrom="page">
                  <wp:posOffset>4382135</wp:posOffset>
                </wp:positionV>
                <wp:extent cx="269875" cy="0"/>
                <wp:effectExtent l="0" t="76200" r="34925" b="152400"/>
                <wp:wrapNone/>
                <wp:docPr id="48" name="Straight Connector 48"/>
                <wp:cNvGraphicFramePr/>
                <a:graphic xmlns:a="http://schemas.openxmlformats.org/drawingml/2006/main">
                  <a:graphicData uri="http://schemas.microsoft.com/office/word/2010/wordprocessingShape">
                    <wps:wsp>
                      <wps:cNvCnPr/>
                      <wps:spPr>
                        <a:xfrm>
                          <a:off x="0" y="0"/>
                          <a:ext cx="269875" cy="0"/>
                        </a:xfrm>
                        <a:prstGeom prst="line">
                          <a:avLst/>
                        </a:prstGeom>
                        <a:ln w="1524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89BF9D5" id="Straight Connector 48" o:spid="_x0000_s1026" style="position:absolute;z-index:251638272;visibility:visible;mso-wrap-style:square;mso-wrap-distance-left:9pt;mso-wrap-distance-top:0;mso-wrap-distance-right:9pt;mso-wrap-distance-bottom:0;mso-position-horizontal:absolute;mso-position-horizontal-relative:page;mso-position-vertical:absolute;mso-position-vertical-relative:page" from="37.5pt,345.05pt" to="58.75pt,3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" strokecolor="yellow" strokeweight="1.2pt">
                <v:stroke endarrow="open"/>
                <v:shadow on="t" color="black" opacity="24903f" origin=",.5" offset="0,.55556mm"/>
                <w10:wrap anchorx="page" anchory="page"/>
              </v:line>
            </w:pict>
          </mc:Fallback>
        </mc:AlternateContent>
      </w:r>
      <w:r>
        <w:rPr>
          <w:noProof/>
          <w:sz w:val="32"/>
          <w:szCs w:val="32"/>
        </w:rPr>
        <mc:AlternateContent>
          <mc:Choice Requires="wps">
            <w:drawing>
              <wp:anchor distT="0" distB="0" distL="114300" distR="114300" simplePos="0" relativeHeight="251636224" behindDoc="0" locked="0" layoutInCell="1" allowOverlap="1" wp14:anchorId="2949FBB2" wp14:editId="4E0CC001">
                <wp:simplePos x="0" y="0"/>
                <wp:positionH relativeFrom="page">
                  <wp:posOffset>336550</wp:posOffset>
                </wp:positionH>
                <wp:positionV relativeFrom="page">
                  <wp:posOffset>4049395</wp:posOffset>
                </wp:positionV>
                <wp:extent cx="279400" cy="203200"/>
                <wp:effectExtent l="57150" t="19050" r="82550" b="101600"/>
                <wp:wrapNone/>
                <wp:docPr id="47" name="Rectangle 47"/>
                <wp:cNvGraphicFramePr/>
                <a:graphic xmlns:a="http://schemas.openxmlformats.org/drawingml/2006/main">
                  <a:graphicData uri="http://schemas.microsoft.com/office/word/2010/wordprocessingShape">
                    <wps:wsp>
                      <wps:cNvSpPr/>
                      <wps:spPr>
                        <a:xfrm>
                          <a:off x="0" y="0"/>
                          <a:ext cx="279400" cy="203200"/>
                        </a:xfrm>
                        <a:prstGeom prst="rect">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txbx>
                        <w:txbxContent>
                          <w:p w14:paraId="45013632" w14:textId="536F14BE" w:rsidR="00D85425" w:rsidRPr="00D85425" w:rsidRDefault="00D85425" w:rsidP="00D85425">
                            <w:pPr>
                              <w:spacing w:after="0"/>
                              <w:jc w:val="center"/>
                              <w:rPr>
                                <w:rFonts w:ascii="Arial" w:hAnsi="Arial" w:cs="Arial"/>
                                <w:b/>
                                <w:color w:val="000000"/>
                              </w:rPr>
                            </w:pPr>
                            <w:r w:rsidRPr="00D85425">
                              <w:rPr>
                                <w:rFonts w:ascii="Arial" w:hAnsi="Arial" w:cs="Arial"/>
                                <w:b/>
                                <w:color w:val="000000"/>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2949FBB2" id="Rectangle 47" o:spid="_x0000_s1039" style="position:absolute;margin-left:26.5pt;margin-top:318.85pt;width:22pt;height:16pt;z-index:25163622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" fillcolor="yellow" strokecolor="yellow">
                <v:shadow on="t" color="black" opacity="22937f" origin=",.5" offset="0,.63889mm"/>
                <v:textbox inset="0,0,0,0">
                  <w:txbxContent>
                    <w:p w14:paraId="45013632" w14:textId="536F14BE" w:rsidR="00D85425" w:rsidRPr="00D85425" w:rsidRDefault="00D85425" w:rsidP="00D85425">
                      <w:pPr>
                        <w:spacing w:after="0"/>
                        <w:jc w:val="center"/>
                        <w:rPr>
                          <w:rFonts w:ascii="Arial" w:hAnsi="Arial" w:cs="Arial"/>
                          <w:b/>
                          <w:color w:val="000000"/>
                        </w:rPr>
                      </w:pPr>
                      <w:r w:rsidRPr="00D85425">
                        <w:rPr>
                          <w:rFonts w:ascii="Arial" w:hAnsi="Arial" w:cs="Arial"/>
                          <w:b/>
                          <w:color w:val="000000"/>
                        </w:rPr>
                        <w:t>6</w:t>
                      </w:r>
                    </w:p>
                  </w:txbxContent>
                </v:textbox>
                <w10:wrap anchorx="page" anchory="page"/>
              </v:rect>
            </w:pict>
          </mc:Fallback>
        </mc:AlternateContent>
      </w:r>
      <w:r>
        <w:rPr>
          <w:noProof/>
          <w:sz w:val="32"/>
          <w:szCs w:val="32"/>
        </w:rPr>
        <mc:AlternateContent>
          <mc:Choice Requires="wps">
            <w:drawing>
              <wp:anchor distT="0" distB="0" distL="114300" distR="114300" simplePos="0" relativeHeight="251634176" behindDoc="0" locked="0" layoutInCell="1" allowOverlap="1" wp14:anchorId="0DA9D410" wp14:editId="433B1E78">
                <wp:simplePos x="0" y="0"/>
                <wp:positionH relativeFrom="page">
                  <wp:posOffset>476250</wp:posOffset>
                </wp:positionH>
                <wp:positionV relativeFrom="page">
                  <wp:posOffset>4150995</wp:posOffset>
                </wp:positionV>
                <wp:extent cx="269875" cy="0"/>
                <wp:effectExtent l="0" t="76200" r="34925" b="152400"/>
                <wp:wrapNone/>
                <wp:docPr id="46" name="Straight Connector 46"/>
                <wp:cNvGraphicFramePr/>
                <a:graphic xmlns:a="http://schemas.openxmlformats.org/drawingml/2006/main">
                  <a:graphicData uri="http://schemas.microsoft.com/office/word/2010/wordprocessingShape">
                    <wps:wsp>
                      <wps:cNvCnPr/>
                      <wps:spPr>
                        <a:xfrm>
                          <a:off x="0" y="0"/>
                          <a:ext cx="269875" cy="0"/>
                        </a:xfrm>
                        <a:prstGeom prst="line">
                          <a:avLst/>
                        </a:prstGeom>
                        <a:ln w="1524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EA80132" id="Straight Connector 46" o:spid="_x0000_s1026" style="position:absolute;z-index:251634176;visibility:visible;mso-wrap-style:square;mso-wrap-distance-left:9pt;mso-wrap-distance-top:0;mso-wrap-distance-right:9pt;mso-wrap-distance-bottom:0;mso-position-horizontal:absolute;mso-position-horizontal-relative:page;mso-position-vertical:absolute;mso-position-vertical-relative:page" from="37.5pt,326.85pt" to="58.75pt,3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" strokecolor="yellow" strokeweight="1.2pt">
                <v:stroke endarrow="open"/>
                <v:shadow on="t" color="black" opacity="24903f" origin=",.5" offset="0,.55556mm"/>
                <w10:wrap anchorx="page" anchory="page"/>
              </v:line>
            </w:pict>
          </mc:Fallback>
        </mc:AlternateContent>
      </w:r>
      <w:r>
        <w:rPr>
          <w:noProof/>
          <w:sz w:val="32"/>
          <w:szCs w:val="32"/>
        </w:rPr>
        <mc:AlternateContent>
          <mc:Choice Requires="wps">
            <w:drawing>
              <wp:anchor distT="0" distB="0" distL="114300" distR="114300" simplePos="0" relativeHeight="251632128" behindDoc="0" locked="0" layoutInCell="1" allowOverlap="1" wp14:anchorId="15AF8663" wp14:editId="49224C9B">
                <wp:simplePos x="0" y="0"/>
                <wp:positionH relativeFrom="page">
                  <wp:posOffset>336550</wp:posOffset>
                </wp:positionH>
                <wp:positionV relativeFrom="page">
                  <wp:posOffset>3771900</wp:posOffset>
                </wp:positionV>
                <wp:extent cx="279400" cy="203200"/>
                <wp:effectExtent l="57150" t="19050" r="82550" b="101600"/>
                <wp:wrapNone/>
                <wp:docPr id="45" name="Rectangle 45"/>
                <wp:cNvGraphicFramePr/>
                <a:graphic xmlns:a="http://schemas.openxmlformats.org/drawingml/2006/main">
                  <a:graphicData uri="http://schemas.microsoft.com/office/word/2010/wordprocessingShape">
                    <wps:wsp>
                      <wps:cNvSpPr/>
                      <wps:spPr>
                        <a:xfrm>
                          <a:off x="0" y="0"/>
                          <a:ext cx="279400" cy="203200"/>
                        </a:xfrm>
                        <a:prstGeom prst="rect">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txbx>
                        <w:txbxContent>
                          <w:p w14:paraId="56968046" w14:textId="01294F20" w:rsidR="00D85425" w:rsidRPr="00D85425" w:rsidRDefault="00D85425" w:rsidP="00D85425">
                            <w:pPr>
                              <w:spacing w:after="0"/>
                              <w:jc w:val="center"/>
                              <w:rPr>
                                <w:rFonts w:ascii="Arial" w:hAnsi="Arial" w:cs="Arial"/>
                                <w:b/>
                                <w:color w:val="000000"/>
                              </w:rPr>
                            </w:pPr>
                            <w:r w:rsidRPr="00D85425">
                              <w:rPr>
                                <w:rFonts w:ascii="Arial" w:hAnsi="Arial" w:cs="Arial"/>
                                <w:b/>
                                <w:color w:val="000000"/>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15AF8663" id="Rectangle 45" o:spid="_x0000_s1040" style="position:absolute;margin-left:26.5pt;margin-top:297pt;width:22pt;height:16pt;z-index:25163212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" fillcolor="yellow" strokecolor="yellow">
                <v:shadow on="t" color="black" opacity="22937f" origin=",.5" offset="0,.63889mm"/>
                <v:textbox inset="0,0,0,0">
                  <w:txbxContent>
                    <w:p w14:paraId="56968046" w14:textId="01294F20" w:rsidR="00D85425" w:rsidRPr="00D85425" w:rsidRDefault="00D85425" w:rsidP="00D85425">
                      <w:pPr>
                        <w:spacing w:after="0"/>
                        <w:jc w:val="center"/>
                        <w:rPr>
                          <w:rFonts w:ascii="Arial" w:hAnsi="Arial" w:cs="Arial"/>
                          <w:b/>
                          <w:color w:val="000000"/>
                        </w:rPr>
                      </w:pPr>
                      <w:r w:rsidRPr="00D85425">
                        <w:rPr>
                          <w:rFonts w:ascii="Arial" w:hAnsi="Arial" w:cs="Arial"/>
                          <w:b/>
                          <w:color w:val="000000"/>
                        </w:rPr>
                        <w:t>5</w:t>
                      </w:r>
                    </w:p>
                  </w:txbxContent>
                </v:textbox>
                <w10:wrap anchorx="page" anchory="page"/>
              </v:rect>
            </w:pict>
          </mc:Fallback>
        </mc:AlternateContent>
      </w:r>
      <w:r>
        <w:rPr>
          <w:noProof/>
          <w:sz w:val="32"/>
          <w:szCs w:val="32"/>
        </w:rPr>
        <mc:AlternateContent>
          <mc:Choice Requires="wps">
            <w:drawing>
              <wp:anchor distT="0" distB="0" distL="114300" distR="114300" simplePos="0" relativeHeight="251630080" behindDoc="0" locked="0" layoutInCell="1" allowOverlap="1" wp14:anchorId="38F12BCF" wp14:editId="54CC9FFB">
                <wp:simplePos x="0" y="0"/>
                <wp:positionH relativeFrom="page">
                  <wp:posOffset>476250</wp:posOffset>
                </wp:positionH>
                <wp:positionV relativeFrom="page">
                  <wp:posOffset>3873500</wp:posOffset>
                </wp:positionV>
                <wp:extent cx="315595" cy="0"/>
                <wp:effectExtent l="0" t="76200" r="27305" b="152400"/>
                <wp:wrapNone/>
                <wp:docPr id="44" name="Straight Connector 44"/>
                <wp:cNvGraphicFramePr/>
                <a:graphic xmlns:a="http://schemas.openxmlformats.org/drawingml/2006/main">
                  <a:graphicData uri="http://schemas.microsoft.com/office/word/2010/wordprocessingShape">
                    <wps:wsp>
                      <wps:cNvCnPr/>
                      <wps:spPr>
                        <a:xfrm>
                          <a:off x="0" y="0"/>
                          <a:ext cx="315595" cy="0"/>
                        </a:xfrm>
                        <a:prstGeom prst="line">
                          <a:avLst/>
                        </a:prstGeom>
                        <a:ln w="1524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1A7D4AF" id="Straight Connector 44" o:spid="_x0000_s1026" style="position:absolute;z-index:251630080;visibility:visible;mso-wrap-style:square;mso-wrap-distance-left:9pt;mso-wrap-distance-top:0;mso-wrap-distance-right:9pt;mso-wrap-distance-bottom:0;mso-position-horizontal:absolute;mso-position-horizontal-relative:page;mso-position-vertical:absolute;mso-position-vertical-relative:page" from="37.5pt,305pt" to="62.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" strokecolor="yellow" strokeweight="1.2pt">
                <v:stroke endarrow="open"/>
                <v:shadow on="t" color="black" opacity="24903f" origin=",.5" offset="0,.55556mm"/>
                <w10:wrap anchorx="page" anchory="page"/>
              </v:line>
            </w:pict>
          </mc:Fallback>
        </mc:AlternateContent>
      </w:r>
      <w:r>
        <w:rPr>
          <w:noProof/>
          <w:sz w:val="32"/>
          <w:szCs w:val="32"/>
        </w:rPr>
        <mc:AlternateContent>
          <mc:Choice Requires="wps">
            <w:drawing>
              <wp:anchor distT="0" distB="0" distL="114300" distR="114300" simplePos="0" relativeHeight="251628032" behindDoc="0" locked="0" layoutInCell="1" allowOverlap="1" wp14:anchorId="7BB8E08D" wp14:editId="2DB6B1B8">
                <wp:simplePos x="0" y="0"/>
                <wp:positionH relativeFrom="page">
                  <wp:posOffset>7037070</wp:posOffset>
                </wp:positionH>
                <wp:positionV relativeFrom="page">
                  <wp:posOffset>3262630</wp:posOffset>
                </wp:positionV>
                <wp:extent cx="279400" cy="203200"/>
                <wp:effectExtent l="57150" t="19050" r="82550" b="101600"/>
                <wp:wrapNone/>
                <wp:docPr id="43" name="Rectangle 43"/>
                <wp:cNvGraphicFramePr/>
                <a:graphic xmlns:a="http://schemas.openxmlformats.org/drawingml/2006/main">
                  <a:graphicData uri="http://schemas.microsoft.com/office/word/2010/wordprocessingShape">
                    <wps:wsp>
                      <wps:cNvSpPr/>
                      <wps:spPr>
                        <a:xfrm>
                          <a:off x="0" y="0"/>
                          <a:ext cx="279400" cy="203200"/>
                        </a:xfrm>
                        <a:prstGeom prst="rect">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txbx>
                        <w:txbxContent>
                          <w:p w14:paraId="0D108BB8" w14:textId="20E2EAA7" w:rsidR="00D85425" w:rsidRPr="00D85425" w:rsidRDefault="00D85425" w:rsidP="00D85425">
                            <w:pPr>
                              <w:spacing w:after="0"/>
                              <w:jc w:val="center"/>
                              <w:rPr>
                                <w:rFonts w:ascii="Arial" w:hAnsi="Arial" w:cs="Arial"/>
                                <w:b/>
                                <w:color w:val="000000"/>
                              </w:rPr>
                            </w:pPr>
                            <w:r w:rsidRPr="00D85425">
                              <w:rPr>
                                <w:rFonts w:ascii="Arial" w:hAnsi="Arial" w:cs="Arial"/>
                                <w:b/>
                                <w:color w:val="000000"/>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7BB8E08D" id="Rectangle 43" o:spid="_x0000_s1041" style="position:absolute;margin-left:554.1pt;margin-top:256.9pt;width:22pt;height:16pt;z-index:25162803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" fillcolor="yellow" strokecolor="yellow">
                <v:shadow on="t" color="black" opacity="22937f" origin=",.5" offset="0,.63889mm"/>
                <v:textbox inset="0,0,0,0">
                  <w:txbxContent>
                    <w:p w14:paraId="0D108BB8" w14:textId="20E2EAA7" w:rsidR="00D85425" w:rsidRPr="00D85425" w:rsidRDefault="00D85425" w:rsidP="00D85425">
                      <w:pPr>
                        <w:spacing w:after="0"/>
                        <w:jc w:val="center"/>
                        <w:rPr>
                          <w:rFonts w:ascii="Arial" w:hAnsi="Arial" w:cs="Arial"/>
                          <w:b/>
                          <w:color w:val="000000"/>
                        </w:rPr>
                      </w:pPr>
                      <w:r w:rsidRPr="00D85425">
                        <w:rPr>
                          <w:rFonts w:ascii="Arial" w:hAnsi="Arial" w:cs="Arial"/>
                          <w:b/>
                          <w:color w:val="000000"/>
                        </w:rPr>
                        <w:t>4</w:t>
                      </w:r>
                    </w:p>
                  </w:txbxContent>
                </v:textbox>
                <w10:wrap anchorx="page" anchory="page"/>
              </v:rect>
            </w:pict>
          </mc:Fallback>
        </mc:AlternateContent>
      </w:r>
      <w:r>
        <w:rPr>
          <w:noProof/>
          <w:sz w:val="32"/>
          <w:szCs w:val="32"/>
        </w:rPr>
        <mc:AlternateContent>
          <mc:Choice Requires="wps">
            <w:drawing>
              <wp:anchor distT="0" distB="0" distL="114300" distR="114300" simplePos="0" relativeHeight="251622912" behindDoc="0" locked="0" layoutInCell="1" allowOverlap="1" wp14:anchorId="18AD23E1" wp14:editId="40AEA743">
                <wp:simplePos x="0" y="0"/>
                <wp:positionH relativeFrom="page">
                  <wp:posOffset>6798945</wp:posOffset>
                </wp:positionH>
                <wp:positionV relativeFrom="page">
                  <wp:posOffset>3364230</wp:posOffset>
                </wp:positionV>
                <wp:extent cx="377825" cy="0"/>
                <wp:effectExtent l="57150" t="76200" r="0" b="152400"/>
                <wp:wrapNone/>
                <wp:docPr id="42" name="Straight Connector 42"/>
                <wp:cNvGraphicFramePr/>
                <a:graphic xmlns:a="http://schemas.openxmlformats.org/drawingml/2006/main">
                  <a:graphicData uri="http://schemas.microsoft.com/office/word/2010/wordprocessingShape">
                    <wps:wsp>
                      <wps:cNvCnPr/>
                      <wps:spPr>
                        <a:xfrm flipH="1">
                          <a:off x="0" y="0"/>
                          <a:ext cx="377825" cy="0"/>
                        </a:xfrm>
                        <a:prstGeom prst="line">
                          <a:avLst/>
                        </a:prstGeom>
                        <a:ln w="1524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9A65345" id="Straight Connector 42" o:spid="_x0000_s1026" style="position:absolute;flip:x;z-index:251622912;visibility:visible;mso-wrap-style:square;mso-wrap-distance-left:9pt;mso-wrap-distance-top:0;mso-wrap-distance-right:9pt;mso-wrap-distance-bottom:0;mso-position-horizontal:absolute;mso-position-horizontal-relative:page;mso-position-vertical:absolute;mso-position-vertical-relative:page" from="535.35pt,264.9pt" to="565.1pt,2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" strokecolor="yellow" strokeweight="1.2pt">
                <v:stroke endarrow="open"/>
                <v:shadow on="t" color="black" opacity="24903f" origin=",.5" offset="0,.55556mm"/>
                <w10:wrap anchorx="page" anchory="page"/>
              </v:line>
            </w:pict>
          </mc:Fallback>
        </mc:AlternateContent>
      </w:r>
      <w:r>
        <w:rPr>
          <w:noProof/>
          <w:sz w:val="32"/>
          <w:szCs w:val="32"/>
        </w:rPr>
        <mc:AlternateContent>
          <mc:Choice Requires="wps">
            <w:drawing>
              <wp:anchor distT="0" distB="0" distL="114300" distR="114300" simplePos="0" relativeHeight="251618816" behindDoc="0" locked="0" layoutInCell="1" allowOverlap="1" wp14:anchorId="32A25D12" wp14:editId="5DF2A4F1">
                <wp:simplePos x="0" y="0"/>
                <wp:positionH relativeFrom="page">
                  <wp:posOffset>336550</wp:posOffset>
                </wp:positionH>
                <wp:positionV relativeFrom="page">
                  <wp:posOffset>3262630</wp:posOffset>
                </wp:positionV>
                <wp:extent cx="279400" cy="203200"/>
                <wp:effectExtent l="57150" t="19050" r="82550" b="101600"/>
                <wp:wrapNone/>
                <wp:docPr id="41" name="Rectangle 41"/>
                <wp:cNvGraphicFramePr/>
                <a:graphic xmlns:a="http://schemas.openxmlformats.org/drawingml/2006/main">
                  <a:graphicData uri="http://schemas.microsoft.com/office/word/2010/wordprocessingShape">
                    <wps:wsp>
                      <wps:cNvSpPr/>
                      <wps:spPr>
                        <a:xfrm>
                          <a:off x="0" y="0"/>
                          <a:ext cx="279400" cy="203200"/>
                        </a:xfrm>
                        <a:prstGeom prst="rect">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txbx>
                        <w:txbxContent>
                          <w:p w14:paraId="15BC1D6C" w14:textId="54D7C512" w:rsidR="00D85425" w:rsidRPr="00D85425" w:rsidRDefault="00D85425" w:rsidP="00D85425">
                            <w:pPr>
                              <w:spacing w:after="0"/>
                              <w:jc w:val="center"/>
                              <w:rPr>
                                <w:rFonts w:ascii="Arial" w:hAnsi="Arial" w:cs="Arial"/>
                                <w:b/>
                                <w:color w:val="000000"/>
                              </w:rPr>
                            </w:pPr>
                            <w:r w:rsidRPr="00D85425">
                              <w:rPr>
                                <w:rFonts w:ascii="Arial" w:hAnsi="Arial" w:cs="Arial"/>
                                <w:b/>
                                <w:color w:val="000000"/>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32A25D12" id="Rectangle 41" o:spid="_x0000_s1042" style="position:absolute;margin-left:26.5pt;margin-top:256.9pt;width:22pt;height:16pt;z-index:25161881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" fillcolor="yellow" strokecolor="yellow">
                <v:shadow on="t" color="black" opacity="22937f" origin=",.5" offset="0,.63889mm"/>
                <v:textbox inset="0,0,0,0">
                  <w:txbxContent>
                    <w:p w14:paraId="15BC1D6C" w14:textId="54D7C512" w:rsidR="00D85425" w:rsidRPr="00D85425" w:rsidRDefault="00D85425" w:rsidP="00D85425">
                      <w:pPr>
                        <w:spacing w:after="0"/>
                        <w:jc w:val="center"/>
                        <w:rPr>
                          <w:rFonts w:ascii="Arial" w:hAnsi="Arial" w:cs="Arial"/>
                          <w:b/>
                          <w:color w:val="000000"/>
                        </w:rPr>
                      </w:pPr>
                      <w:r w:rsidRPr="00D85425">
                        <w:rPr>
                          <w:rFonts w:ascii="Arial" w:hAnsi="Arial" w:cs="Arial"/>
                          <w:b/>
                          <w:color w:val="000000"/>
                        </w:rPr>
                        <w:t>3</w:t>
                      </w:r>
                    </w:p>
                  </w:txbxContent>
                </v:textbox>
                <w10:wrap anchorx="page" anchory="page"/>
              </v:rect>
            </w:pict>
          </mc:Fallback>
        </mc:AlternateContent>
      </w:r>
      <w:r>
        <w:rPr>
          <w:noProof/>
          <w:sz w:val="32"/>
          <w:szCs w:val="32"/>
        </w:rPr>
        <mc:AlternateContent>
          <mc:Choice Requires="wps">
            <w:drawing>
              <wp:anchor distT="0" distB="0" distL="114300" distR="114300" simplePos="0" relativeHeight="251616768" behindDoc="0" locked="0" layoutInCell="1" allowOverlap="1" wp14:anchorId="4C5CF6D9" wp14:editId="67E882E6">
                <wp:simplePos x="0" y="0"/>
                <wp:positionH relativeFrom="page">
                  <wp:posOffset>476250</wp:posOffset>
                </wp:positionH>
                <wp:positionV relativeFrom="page">
                  <wp:posOffset>3364230</wp:posOffset>
                </wp:positionV>
                <wp:extent cx="315595" cy="0"/>
                <wp:effectExtent l="0" t="76200" r="27305" b="152400"/>
                <wp:wrapNone/>
                <wp:docPr id="40" name="Straight Connector 40"/>
                <wp:cNvGraphicFramePr/>
                <a:graphic xmlns:a="http://schemas.openxmlformats.org/drawingml/2006/main">
                  <a:graphicData uri="http://schemas.microsoft.com/office/word/2010/wordprocessingShape">
                    <wps:wsp>
                      <wps:cNvCnPr/>
                      <wps:spPr>
                        <a:xfrm>
                          <a:off x="0" y="0"/>
                          <a:ext cx="315595" cy="0"/>
                        </a:xfrm>
                        <a:prstGeom prst="line">
                          <a:avLst/>
                        </a:prstGeom>
                        <a:ln w="1524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6387E76" id="Straight Connector 40" o:spid="_x0000_s1026" style="position:absolute;z-index:251616768;visibility:visible;mso-wrap-style:square;mso-wrap-distance-left:9pt;mso-wrap-distance-top:0;mso-wrap-distance-right:9pt;mso-wrap-distance-bottom:0;mso-position-horizontal:absolute;mso-position-horizontal-relative:page;mso-position-vertical:absolute;mso-position-vertical-relative:page" from="37.5pt,264.9pt" to="62.35pt,2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" strokecolor="yellow" strokeweight="1.2pt">
                <v:stroke endarrow="open"/>
                <v:shadow on="t" color="black" opacity="24903f" origin=",.5" offset="0,.55556mm"/>
                <w10:wrap anchorx="page" anchory="page"/>
              </v:line>
            </w:pict>
          </mc:Fallback>
        </mc:AlternateContent>
      </w:r>
      <w:r>
        <w:rPr>
          <w:noProof/>
          <w:sz w:val="32"/>
          <w:szCs w:val="32"/>
        </w:rPr>
        <mc:AlternateContent>
          <mc:Choice Requires="wps">
            <w:drawing>
              <wp:anchor distT="0" distB="0" distL="114300" distR="114300" simplePos="0" relativeHeight="251614720" behindDoc="0" locked="0" layoutInCell="1" allowOverlap="1" wp14:anchorId="60DB2A45" wp14:editId="607E49F7">
                <wp:simplePos x="0" y="0"/>
                <wp:positionH relativeFrom="page">
                  <wp:posOffset>7037070</wp:posOffset>
                </wp:positionH>
                <wp:positionV relativeFrom="page">
                  <wp:posOffset>2738120</wp:posOffset>
                </wp:positionV>
                <wp:extent cx="279400" cy="203200"/>
                <wp:effectExtent l="57150" t="19050" r="82550" b="101600"/>
                <wp:wrapNone/>
                <wp:docPr id="39" name="Rectangle 39"/>
                <wp:cNvGraphicFramePr/>
                <a:graphic xmlns:a="http://schemas.openxmlformats.org/drawingml/2006/main">
                  <a:graphicData uri="http://schemas.microsoft.com/office/word/2010/wordprocessingShape">
                    <wps:wsp>
                      <wps:cNvSpPr/>
                      <wps:spPr>
                        <a:xfrm>
                          <a:off x="0" y="0"/>
                          <a:ext cx="279400" cy="203200"/>
                        </a:xfrm>
                        <a:prstGeom prst="rect">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txbx>
                        <w:txbxContent>
                          <w:p w14:paraId="59FE266F" w14:textId="7BADE933" w:rsidR="00D85425" w:rsidRPr="00D85425" w:rsidRDefault="00D85425" w:rsidP="00D85425">
                            <w:pPr>
                              <w:spacing w:after="0"/>
                              <w:jc w:val="center"/>
                              <w:rPr>
                                <w:rFonts w:ascii="Arial" w:hAnsi="Arial" w:cs="Arial"/>
                                <w:b/>
                                <w:color w:val="000000"/>
                              </w:rPr>
                            </w:pPr>
                            <w:r w:rsidRPr="00D85425">
                              <w:rPr>
                                <w:rFonts w:ascii="Arial" w:hAnsi="Arial" w:cs="Arial"/>
                                <w:b/>
                                <w:color w:val="000000"/>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60DB2A45" id="Rectangle 39" o:spid="_x0000_s1043" style="position:absolute;margin-left:554.1pt;margin-top:215.6pt;width:22pt;height:16pt;z-index:25161472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" fillcolor="yellow" strokecolor="yellow">
                <v:shadow on="t" color="black" opacity="22937f" origin=",.5" offset="0,.63889mm"/>
                <v:textbox inset="0,0,0,0">
                  <w:txbxContent>
                    <w:p w14:paraId="59FE266F" w14:textId="7BADE933" w:rsidR="00D85425" w:rsidRPr="00D85425" w:rsidRDefault="00D85425" w:rsidP="00D85425">
                      <w:pPr>
                        <w:spacing w:after="0"/>
                        <w:jc w:val="center"/>
                        <w:rPr>
                          <w:rFonts w:ascii="Arial" w:hAnsi="Arial" w:cs="Arial"/>
                          <w:b/>
                          <w:color w:val="000000"/>
                        </w:rPr>
                      </w:pPr>
                      <w:r w:rsidRPr="00D85425">
                        <w:rPr>
                          <w:rFonts w:ascii="Arial" w:hAnsi="Arial" w:cs="Arial"/>
                          <w:b/>
                          <w:color w:val="000000"/>
                        </w:rPr>
                        <w:t>2</w:t>
                      </w:r>
                    </w:p>
                  </w:txbxContent>
                </v:textbox>
                <w10:wrap anchorx="page" anchory="page"/>
              </v:rect>
            </w:pict>
          </mc:Fallback>
        </mc:AlternateContent>
      </w:r>
      <w:r>
        <w:rPr>
          <w:noProof/>
          <w:sz w:val="32"/>
          <w:szCs w:val="32"/>
        </w:rPr>
        <mc:AlternateContent>
          <mc:Choice Requires="wps">
            <w:drawing>
              <wp:anchor distT="0" distB="0" distL="114300" distR="114300" simplePos="0" relativeHeight="251612672" behindDoc="0" locked="0" layoutInCell="1" allowOverlap="1" wp14:anchorId="3D0B4329" wp14:editId="0D891F31">
                <wp:simplePos x="0" y="0"/>
                <wp:positionH relativeFrom="page">
                  <wp:posOffset>6798945</wp:posOffset>
                </wp:positionH>
                <wp:positionV relativeFrom="page">
                  <wp:posOffset>2839720</wp:posOffset>
                </wp:positionV>
                <wp:extent cx="377825" cy="0"/>
                <wp:effectExtent l="57150" t="76200" r="0" b="152400"/>
                <wp:wrapNone/>
                <wp:docPr id="38" name="Straight Connector 38"/>
                <wp:cNvGraphicFramePr/>
                <a:graphic xmlns:a="http://schemas.openxmlformats.org/drawingml/2006/main">
                  <a:graphicData uri="http://schemas.microsoft.com/office/word/2010/wordprocessingShape">
                    <wps:wsp>
                      <wps:cNvCnPr/>
                      <wps:spPr>
                        <a:xfrm flipH="1">
                          <a:off x="0" y="0"/>
                          <a:ext cx="377825" cy="0"/>
                        </a:xfrm>
                        <a:prstGeom prst="line">
                          <a:avLst/>
                        </a:prstGeom>
                        <a:ln w="1524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897B7C3" id="Straight Connector 38" o:spid="_x0000_s1026" style="position:absolute;flip:x;z-index:251612672;visibility:visible;mso-wrap-style:square;mso-wrap-distance-left:9pt;mso-wrap-distance-top:0;mso-wrap-distance-right:9pt;mso-wrap-distance-bottom:0;mso-position-horizontal:absolute;mso-position-horizontal-relative:page;mso-position-vertical:absolute;mso-position-vertical-relative:page" from="535.35pt,223.6pt" to="565.1pt,2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" strokecolor="yellow" strokeweight="1.2pt">
                <v:stroke endarrow="open"/>
                <v:shadow on="t" color="black" opacity="24903f" origin=",.5" offset="0,.55556mm"/>
                <w10:wrap anchorx="page" anchory="page"/>
              </v:line>
            </w:pict>
          </mc:Fallback>
        </mc:AlternateContent>
      </w:r>
      <w:r>
        <w:rPr>
          <w:noProof/>
          <w:sz w:val="32"/>
          <w:szCs w:val="32"/>
        </w:rPr>
        <mc:AlternateContent>
          <mc:Choice Requires="wps">
            <w:drawing>
              <wp:anchor distT="0" distB="0" distL="114300" distR="114300" simplePos="0" relativeHeight="251610624" behindDoc="0" locked="0" layoutInCell="1" allowOverlap="1" wp14:anchorId="2CB512EF" wp14:editId="244F33F6">
                <wp:simplePos x="0" y="0"/>
                <wp:positionH relativeFrom="page">
                  <wp:posOffset>336550</wp:posOffset>
                </wp:positionH>
                <wp:positionV relativeFrom="page">
                  <wp:posOffset>2738120</wp:posOffset>
                </wp:positionV>
                <wp:extent cx="279400" cy="203200"/>
                <wp:effectExtent l="57150" t="19050" r="82550" b="101600"/>
                <wp:wrapNone/>
                <wp:docPr id="37" name="Rectangle 37"/>
                <wp:cNvGraphicFramePr/>
                <a:graphic xmlns:a="http://schemas.openxmlformats.org/drawingml/2006/main">
                  <a:graphicData uri="http://schemas.microsoft.com/office/word/2010/wordprocessingShape">
                    <wps:wsp>
                      <wps:cNvSpPr/>
                      <wps:spPr>
                        <a:xfrm>
                          <a:off x="0" y="0"/>
                          <a:ext cx="279400" cy="203200"/>
                        </a:xfrm>
                        <a:prstGeom prst="rect">
                          <a:avLst/>
                        </a:prstGeom>
                        <a:solidFill>
                          <a:srgbClr val="FFFF00"/>
                        </a:solidFill>
                        <a:ln>
                          <a:solidFill>
                            <a:srgbClr val="FFFF00"/>
                          </a:solidFill>
                        </a:ln>
                      </wps:spPr>
                      <wps:style>
                        <a:lnRef idx="1">
                          <a:schemeClr val="accent1"/>
                        </a:lnRef>
                        <a:fillRef idx="3">
                          <a:schemeClr val="accent1"/>
                        </a:fillRef>
                        <a:effectRef idx="2">
                          <a:schemeClr val="accent1"/>
                        </a:effectRef>
                        <a:fontRef idx="minor">
                          <a:schemeClr val="lt1"/>
                        </a:fontRef>
                      </wps:style>
                      <wps:txbx>
                        <w:txbxContent>
                          <w:p w14:paraId="67D14DAC" w14:textId="336E3007" w:rsidR="00D85425" w:rsidRPr="00D85425" w:rsidRDefault="00D85425" w:rsidP="00D85425">
                            <w:pPr>
                              <w:spacing w:after="0"/>
                              <w:jc w:val="center"/>
                              <w:rPr>
                                <w:rFonts w:ascii="Arial" w:hAnsi="Arial" w:cs="Arial"/>
                                <w:b/>
                                <w:color w:val="000000"/>
                              </w:rPr>
                            </w:pPr>
                            <w:r w:rsidRPr="00D85425">
                              <w:rPr>
                                <w:rFonts w:ascii="Arial" w:hAnsi="Arial" w:cs="Arial"/>
                                <w:b/>
                                <w:color w:val="000000"/>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2CB512EF" id="Rectangle 37" o:spid="_x0000_s1044" style="position:absolute;margin-left:26.5pt;margin-top:215.6pt;width:22pt;height:16pt;z-index:25161062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" fillcolor="yellow" strokecolor="yellow">
                <v:shadow on="t" color="black" opacity="22937f" origin=",.5" offset="0,.63889mm"/>
                <v:textbox inset="0,0,0,0">
                  <w:txbxContent>
                    <w:p w14:paraId="67D14DAC" w14:textId="336E3007" w:rsidR="00D85425" w:rsidRPr="00D85425" w:rsidRDefault="00D85425" w:rsidP="00D85425">
                      <w:pPr>
                        <w:spacing w:after="0"/>
                        <w:jc w:val="center"/>
                        <w:rPr>
                          <w:rFonts w:ascii="Arial" w:hAnsi="Arial" w:cs="Arial"/>
                          <w:b/>
                          <w:color w:val="000000"/>
                        </w:rPr>
                      </w:pPr>
                      <w:r w:rsidRPr="00D85425">
                        <w:rPr>
                          <w:rFonts w:ascii="Arial" w:hAnsi="Arial" w:cs="Arial"/>
                          <w:b/>
                          <w:color w:val="000000"/>
                        </w:rPr>
                        <w:t>1</w:t>
                      </w:r>
                    </w:p>
                  </w:txbxContent>
                </v:textbox>
                <w10:wrap anchorx="page" anchory="page"/>
              </v:rect>
            </w:pict>
          </mc:Fallback>
        </mc:AlternateContent>
      </w:r>
      <w:r>
        <w:rPr>
          <w:noProof/>
          <w:sz w:val="32"/>
          <w:szCs w:val="32"/>
        </w:rPr>
        <mc:AlternateContent>
          <mc:Choice Requires="wps">
            <w:drawing>
              <wp:anchor distT="0" distB="0" distL="114300" distR="114300" simplePos="0" relativeHeight="251608576" behindDoc="0" locked="0" layoutInCell="1" allowOverlap="1" wp14:anchorId="445B2C63" wp14:editId="0193F5F4">
                <wp:simplePos x="0" y="0"/>
                <wp:positionH relativeFrom="page">
                  <wp:posOffset>476250</wp:posOffset>
                </wp:positionH>
                <wp:positionV relativeFrom="page">
                  <wp:posOffset>2839720</wp:posOffset>
                </wp:positionV>
                <wp:extent cx="315595" cy="0"/>
                <wp:effectExtent l="0" t="76200" r="27305" b="152400"/>
                <wp:wrapNone/>
                <wp:docPr id="36" name="Straight Connector 36"/>
                <wp:cNvGraphicFramePr/>
                <a:graphic xmlns:a="http://schemas.openxmlformats.org/drawingml/2006/main">
                  <a:graphicData uri="http://schemas.microsoft.com/office/word/2010/wordprocessingShape">
                    <wps:wsp>
                      <wps:cNvCnPr/>
                      <wps:spPr>
                        <a:xfrm>
                          <a:off x="0" y="0"/>
                          <a:ext cx="315595" cy="0"/>
                        </a:xfrm>
                        <a:prstGeom prst="line">
                          <a:avLst/>
                        </a:prstGeom>
                        <a:ln w="15240">
                          <a:solidFill>
                            <a:srgbClr val="FFFF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20908D4" id="Straight Connector 36" o:spid="_x0000_s1026" style="position:absolute;z-index:251608576;visibility:visible;mso-wrap-style:square;mso-wrap-distance-left:9pt;mso-wrap-distance-top:0;mso-wrap-distance-right:9pt;mso-wrap-distance-bottom:0;mso-position-horizontal:absolute;mso-position-horizontal-relative:page;mso-position-vertical:absolute;mso-position-vertical-relative:page" from="37.5pt,223.6pt" to="62.35pt,2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" strokecolor="yellow" strokeweight="1.2pt">
                <v:stroke endarrow="open"/>
                <v:shadow on="t" color="black" opacity="24903f" origin=",.5" offset="0,.55556mm"/>
                <w10:wrap anchorx="page" anchory="page"/>
              </v:line>
            </w:pict>
          </mc:Fallback>
        </mc:AlternateContent>
      </w:r>
      <w:r w:rsidR="00762FD4" w:rsidRPr="00E56B01">
        <w:rPr>
          <w:noProof/>
          <w:sz w:val="32"/>
          <w:szCs w:val="32"/>
        </w:rPr>
        <w:drawing>
          <wp:inline distT="0" distB="0" distL="0" distR="0" wp14:anchorId="5271D023" wp14:editId="734ABCC8">
            <wp:extent cx="6446520" cy="43525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dex-clipboard-d9a8044f-a3b6-41c1-bc99-a44d286033ed.png"/>
                    <pic:cNvPicPr/>
                  </pic:nvPicPr>
                  <pic:blipFill>
                    <a:blip r:embed="rId8"/>
                    <a:srcRect l="29600" t="23800" r="29600" b="23800"/>
                    <a:stretch>
                      <a:fillRect/>
                    </a:stretch>
                  </pic:blipFill>
                  <pic:spPr>
                    <a:xfrm>
                      <a:off x="0" y="0"/>
                      <a:ext cx="6446520" cy="4352544"/>
                    </a:xfrm>
                    <a:prstGeom prst="rect">
                      <a:avLst/>
                    </a:prstGeom>
                    <a:ln w="25400">
                      <a:solidFill>
                        <a:srgbClr val="FFFFFF"/>
                      </a:solidFill>
                    </a:ln>
                  </pic:spPr>
                </pic:pic>
              </a:graphicData>
            </a:graphic>
          </wp:inline>
        </w:drawing>
      </w:r>
    </w:p>
    <w:p w14:paraId="5DB6466E" w14:textId="77777777" w:rsidR="00D70979" w:rsidRPr="00E56B01" w:rsidRDefault="00762FD4">
      <w:pPr>
        <w:keepLines/>
        <w:rPr>
          <w:sz w:val="32"/>
          <w:szCs w:val="32"/>
        </w:rPr>
      </w:pPr>
      <w:r w:rsidRPr="00E56B01">
        <w:rPr>
          <w:sz w:val="32"/>
          <w:szCs w:val="32"/>
        </w:rPr>
        <w:t>The chart stays behind the scanner. CLOSE hides the scanner; it does not cancel an active scan. GUIDE downloads the available guide.</w:t>
      </w:r>
      <w:r w:rsidR="00000000">
        <w:rPr>
          <w:sz w:val="24"/>
          <w:szCs w:val="24"/>
        </w:rPr>
        <w:pict w14:anchorId="15393E58">
          <v:rect id="Web2BlackFlow17" o:spid="_x0000_s2091" style="position:absolute;margin-left:0;margin-top:0;width:612pt;height:11in;z-index:-251648000;mso-position-horizontal-relative:page;mso-position-vertical-relative:page" fillcolor="black" stroked="f">
            <w10:wrap anchorx="page" anchory="page"/>
          </v:rect>
        </w:pict>
      </w:r>
    </w:p>
    <w:p w14:paraId="34B8E1FF" w14:textId="77777777" w:rsidR="00D70979" w:rsidRPr="00E56B01" w:rsidRDefault="00762FD4">
      <w:pPr>
        <w:pStyle w:val="Heading2"/>
        <w:rPr>
          <w:sz w:val="40"/>
          <w:szCs w:val="36"/>
        </w:rPr>
      </w:pPr>
      <w:r w:rsidRPr="00E56B01">
        <w:rPr>
          <w:sz w:val="40"/>
          <w:szCs w:val="36"/>
        </w:rPr>
        <w:t>What the progress means</w:t>
      </w:r>
      <w:r w:rsidR="00000000">
        <w:rPr>
          <w:sz w:val="32"/>
          <w:szCs w:val="28"/>
        </w:rPr>
        <w:pict w14:anchorId="501968D8">
          <v:rect id="Web2BlackFlow18" o:spid="_x0000_s2090" style="position:absolute;margin-left:0;margin-top:0;width:612pt;height:11in;z-index:-251646976;mso-position-horizontal-relative:page;mso-position-vertical-relative:page" fillcolor="black" stroked="f">
            <w10:wrap anchorx="page" anchory="page"/>
          </v:rect>
        </w:pict>
      </w:r>
    </w:p>
    <w:p w14:paraId="33C2CD07" w14:textId="726BCF43" w:rsidR="00D70979" w:rsidRPr="00E56B01" w:rsidRDefault="00296FEC">
      <w:pPr>
        <w:keepLines/>
        <w:rPr>
          <w:sz w:val="32"/>
          <w:szCs w:val="32"/>
        </w:rPr>
      </w:pPr>
      <w:r>
        <w:rPr>
          <w:noProof/>
          <w:sz w:val="52"/>
          <w:szCs w:val="40"/>
        </w:rPr>
        <mc:AlternateContent>
          <mc:Choice Requires="wps">
            <w:drawing>
              <wp:anchor distT="0" distB="0" distL="114300" distR="114300" simplePos="0" relativeHeight="251685376" behindDoc="0" locked="0" layoutInCell="1" allowOverlap="1" wp14:anchorId="50979258" wp14:editId="659455C2">
                <wp:simplePos x="0" y="0"/>
                <wp:positionH relativeFrom="page">
                  <wp:posOffset>2670048</wp:posOffset>
                </wp:positionH>
                <wp:positionV relativeFrom="page">
                  <wp:posOffset>9375648</wp:posOffset>
                </wp:positionV>
                <wp:extent cx="2438400" cy="535432"/>
                <wp:effectExtent l="0" t="0" r="0" b="0"/>
                <wp:wrapNone/>
                <wp:docPr id="4" name="Text Box 4"/>
                <wp:cNvGraphicFramePr/>
                <a:graphic xmlns:a="http://schemas.openxmlformats.org/drawingml/2006/main">
                  <a:graphicData uri="http://schemas.microsoft.com/office/word/2010/wordprocessingShape">
                    <wps:wsp>
                      <wps:cNvSpPr txBox="1"/>
                      <wps:spPr>
                        <a:xfrm>
                          <a:off x="0" y="0"/>
                          <a:ext cx="2438400" cy="535432"/>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A652AA" w14:textId="6076F9FB" w:rsidR="00857D04" w:rsidRPr="00857D04" w:rsidRDefault="00857D04" w:rsidP="00857D04">
                            <w:pPr>
                              <w:spacing w:after="0"/>
                              <w:jc w:val="center"/>
                              <w:rPr>
                                <w:rFonts w:cs="Calibri"/>
                                <w:b/>
                                <w:color w:val="FFFF00"/>
                                <w:sz w:val="28"/>
                              </w:rPr>
                            </w:pPr>
                            <w:r w:rsidRPr="00857D04">
                              <w:rPr>
                                <w:rFonts w:cs="Calibri"/>
                                <w:b/>
                                <w:color w:val="FFFF00"/>
                                <w:sz w:val="28"/>
                              </w:rPr>
                              <w:t xml:space="preserve">Page </w:t>
                            </w:r>
                            <w:r w:rsidRPr="00857D04">
                              <w:rPr>
                                <w:rFonts w:cs="Calibri"/>
                                <w:b/>
                                <w:color w:val="FFFF00"/>
                                <w:sz w:val="28"/>
                              </w:rPr>
                              <w:fldChar w:fldCharType="begin"/>
                            </w:r>
                            <w:r w:rsidRPr="00857D04">
                              <w:rPr>
                                <w:rFonts w:cs="Calibri"/>
                                <w:b/>
                                <w:color w:val="FFFF00"/>
                                <w:sz w:val="28"/>
                              </w:rPr>
                              <w:instrText xml:space="preserve"> PAGE </w:instrText>
                            </w:r>
                            <w:r w:rsidRPr="00857D04">
                              <w:rPr>
                                <w:rFonts w:cs="Calibri"/>
                                <w:b/>
                                <w:color w:val="FFFF00"/>
                                <w:sz w:val="28"/>
                              </w:rPr>
                              <w:fldChar w:fldCharType="separate"/>
                            </w:r>
                            <w:r>
                              <w:rPr>
                                <w:rFonts w:cs="Calibri"/>
                                <w:b/>
                                <w:noProof/>
                                <w:color w:val="FFFF00"/>
                                <w:sz w:val="28"/>
                              </w:rPr>
                              <w:t>3</w:t>
                            </w:r>
                            <w:r w:rsidRPr="00857D04">
                              <w:rPr>
                                <w:rFonts w:cs="Calibri"/>
                                <w:b/>
                                <w:color w:val="FFFF00"/>
                                <w:sz w:val="28"/>
                              </w:rPr>
                              <w:fldChar w:fldCharType="end"/>
                            </w:r>
                            <w:r w:rsidRPr="00857D04">
                              <w:rPr>
                                <w:rFonts w:cs="Calibri"/>
                                <w:b/>
                                <w:color w:val="FFFF00"/>
                                <w:sz w:val="28"/>
                              </w:rPr>
                              <w:t xml:space="preserve"> </w:t>
                            </w:r>
                            <w:proofErr w:type="gramStart"/>
                            <w:r w:rsidRPr="00857D04">
                              <w:rPr>
                                <w:rFonts w:cs="Calibri"/>
                                <w:b/>
                                <w:color w:val="FFFF00"/>
                                <w:sz w:val="28"/>
                              </w:rPr>
                              <w:t xml:space="preserve">of </w:t>
                            </w:r>
                            <w:r w:rsidR="00296FEC">
                              <w:rPr>
                                <w:rFonts w:cs="Calibri"/>
                                <w:b/>
                                <w:color w:val="FFFF00"/>
                                <w:sz w:val="28"/>
                              </w:rPr>
                              <w:t xml:space="preserve"> 8</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979258" id="Text Box 4" o:spid="_x0000_s1045" type="#_x0000_t202" style="position:absolute;margin-left:210.25pt;margin-top:738.25pt;width:192pt;height:42.15pt;z-index:25168537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" filled="f" stroked="f" strokeweight=".5pt">
                <v:textbox inset="0,0,0,0">
                  <w:txbxContent>
                    <w:p w14:paraId="27A652AA" w14:textId="6076F9FB" w:rsidR="00857D04" w:rsidRPr="00857D04" w:rsidRDefault="00857D04" w:rsidP="00857D04">
                      <w:pPr>
                        <w:spacing w:after="0"/>
                        <w:jc w:val="center"/>
                        <w:rPr>
                          <w:rFonts w:cs="Calibri"/>
                          <w:b/>
                          <w:color w:val="FFFF00"/>
                          <w:sz w:val="28"/>
                        </w:rPr>
                      </w:pPr>
                      <w:r w:rsidRPr="00857D04">
                        <w:rPr>
                          <w:rFonts w:cs="Calibri"/>
                          <w:b/>
                          <w:color w:val="FFFF00"/>
                          <w:sz w:val="28"/>
                        </w:rPr>
                        <w:t xml:space="preserve">Page </w:t>
                      </w:r>
                      <w:r w:rsidRPr="00857D04">
                        <w:rPr>
                          <w:rFonts w:cs="Calibri"/>
                          <w:b/>
                          <w:color w:val="FFFF00"/>
                          <w:sz w:val="28"/>
                        </w:rPr>
                        <w:fldChar w:fldCharType="begin"/>
                      </w:r>
                      <w:r w:rsidRPr="00857D04">
                        <w:rPr>
                          <w:rFonts w:cs="Calibri"/>
                          <w:b/>
                          <w:color w:val="FFFF00"/>
                          <w:sz w:val="28"/>
                        </w:rPr>
                        <w:instrText xml:space="preserve"> PAGE </w:instrText>
                      </w:r>
                      <w:r w:rsidRPr="00857D04">
                        <w:rPr>
                          <w:rFonts w:cs="Calibri"/>
                          <w:b/>
                          <w:color w:val="FFFF00"/>
                          <w:sz w:val="28"/>
                        </w:rPr>
                        <w:fldChar w:fldCharType="separate"/>
                      </w:r>
                      <w:r>
                        <w:rPr>
                          <w:rFonts w:cs="Calibri"/>
                          <w:b/>
                          <w:noProof/>
                          <w:color w:val="FFFF00"/>
                          <w:sz w:val="28"/>
                        </w:rPr>
                        <w:t>3</w:t>
                      </w:r>
                      <w:r w:rsidRPr="00857D04">
                        <w:rPr>
                          <w:rFonts w:cs="Calibri"/>
                          <w:b/>
                          <w:color w:val="FFFF00"/>
                          <w:sz w:val="28"/>
                        </w:rPr>
                        <w:fldChar w:fldCharType="end"/>
                      </w:r>
                      <w:r w:rsidRPr="00857D04">
                        <w:rPr>
                          <w:rFonts w:cs="Calibri"/>
                          <w:b/>
                          <w:color w:val="FFFF00"/>
                          <w:sz w:val="28"/>
                        </w:rPr>
                        <w:t xml:space="preserve"> </w:t>
                      </w:r>
                      <w:proofErr w:type="gramStart"/>
                      <w:r w:rsidRPr="00857D04">
                        <w:rPr>
                          <w:rFonts w:cs="Calibri"/>
                          <w:b/>
                          <w:color w:val="FFFF00"/>
                          <w:sz w:val="28"/>
                        </w:rPr>
                        <w:t xml:space="preserve">of </w:t>
                      </w:r>
                      <w:r w:rsidR="00296FEC">
                        <w:rPr>
                          <w:rFonts w:cs="Calibri"/>
                          <w:b/>
                          <w:color w:val="FFFF00"/>
                          <w:sz w:val="28"/>
                        </w:rPr>
                        <w:t xml:space="preserve"> 8</w:t>
                      </w:r>
                      <w:proofErr w:type="gramEnd"/>
                    </w:p>
                  </w:txbxContent>
                </v:textbox>
                <w10:wrap anchorx="page" anchory="page"/>
              </v:shape>
            </w:pict>
          </mc:Fallback>
        </mc:AlternateContent>
      </w:r>
      <w:r w:rsidR="00762FD4" w:rsidRPr="00E56B01">
        <w:rPr>
          <w:sz w:val="32"/>
          <w:szCs w:val="32"/>
        </w:rPr>
        <w:t xml:space="preserve">562 / 618 evaluated means 562 candidates were checked from this search universe. 9 matches </w:t>
      </w:r>
      <w:proofErr w:type="gramStart"/>
      <w:r w:rsidR="00762FD4" w:rsidRPr="00E56B01">
        <w:rPr>
          <w:sz w:val="32"/>
          <w:szCs w:val="32"/>
        </w:rPr>
        <w:t>means</w:t>
      </w:r>
      <w:proofErr w:type="gramEnd"/>
      <w:r w:rsidR="00762FD4" w:rsidRPr="00E56B01">
        <w:rPr>
          <w:sz w:val="32"/>
          <w:szCs w:val="32"/>
        </w:rPr>
        <w:t xml:space="preserve"> nine stocks passed the current crossover filters. It does not mean nine proven winners. The unavailable / failed checks line expands to show errors.</w:t>
      </w:r>
      <w:r w:rsidR="00000000">
        <w:rPr>
          <w:sz w:val="24"/>
          <w:szCs w:val="24"/>
        </w:rPr>
        <w:pict w14:anchorId="79D80D1E">
          <v:rect id="Web2BlackFlow19" o:spid="_x0000_s2089" style="position:absolute;margin-left:0;margin-top:0;width:612pt;height:11in;z-index:-251645952;mso-position-horizontal-relative:page;mso-position-vertical-relative:page" fillcolor="black" stroked="f">
            <w10:wrap anchorx="page" anchory="page"/>
          </v:rect>
        </w:pict>
      </w:r>
    </w:p>
    <w:p w14:paraId="534053C4" w14:textId="27BE72F5" w:rsidR="00D70979" w:rsidRPr="00E56B01" w:rsidRDefault="00762FD4">
      <w:pPr>
        <w:pStyle w:val="Heading2"/>
        <w:rPr>
          <w:sz w:val="40"/>
          <w:szCs w:val="36"/>
        </w:rPr>
      </w:pPr>
      <w:r w:rsidRPr="00E56B01">
        <w:rPr>
          <w:sz w:val="40"/>
          <w:szCs w:val="36"/>
        </w:rPr>
        <w:lastRenderedPageBreak/>
        <w:t>Remember</w:t>
      </w:r>
      <w:r w:rsidR="00000000">
        <w:rPr>
          <w:sz w:val="32"/>
          <w:szCs w:val="28"/>
        </w:rPr>
        <w:pict w14:anchorId="707C3241">
          <v:rect id="Web2BlackFlow20" o:spid="_x0000_s2088" style="position:absolute;margin-left:0;margin-top:0;width:612pt;height:11in;z-index:-251644928;mso-position-horizontal-relative:page;mso-position-vertical-relative:page" fillcolor="black" stroked="f">
            <w10:wrap anchorx="page" anchory="page"/>
          </v:rect>
        </w:pict>
      </w:r>
    </w:p>
    <w:p w14:paraId="65DA7851" w14:textId="504CED0E" w:rsidR="00D70979" w:rsidRPr="00E56B01" w:rsidRDefault="00296FEC">
      <w:pPr>
        <w:keepLines/>
        <w:rPr>
          <w:sz w:val="32"/>
          <w:szCs w:val="32"/>
        </w:rPr>
      </w:pPr>
      <w:r>
        <w:rPr>
          <w:noProof/>
          <w:sz w:val="40"/>
          <w:szCs w:val="36"/>
        </w:rPr>
        <mc:AlternateContent>
          <mc:Choice Requires="wps">
            <w:drawing>
              <wp:anchor distT="0" distB="0" distL="114300" distR="114300" simplePos="0" relativeHeight="251687424" behindDoc="0" locked="0" layoutInCell="1" allowOverlap="1" wp14:anchorId="13D456AC" wp14:editId="06AAE572">
                <wp:simplePos x="0" y="0"/>
                <wp:positionH relativeFrom="page">
                  <wp:posOffset>2670048</wp:posOffset>
                </wp:positionH>
                <wp:positionV relativeFrom="page">
                  <wp:posOffset>9192769</wp:posOffset>
                </wp:positionV>
                <wp:extent cx="2438400" cy="304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438400" cy="3048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0E4296" w14:textId="5EECEA7B" w:rsidR="00857D04" w:rsidRPr="00857D04" w:rsidRDefault="00857D04" w:rsidP="00857D04">
                            <w:pPr>
                              <w:spacing w:after="0"/>
                              <w:jc w:val="center"/>
                              <w:rPr>
                                <w:rFonts w:cs="Calibri"/>
                                <w:b/>
                                <w:color w:val="FFFF00"/>
                                <w:sz w:val="28"/>
                              </w:rPr>
                            </w:pPr>
                            <w:r w:rsidRPr="00857D04">
                              <w:rPr>
                                <w:rFonts w:cs="Calibri"/>
                                <w:b/>
                                <w:color w:val="FFFF00"/>
                                <w:sz w:val="28"/>
                              </w:rPr>
                              <w:t xml:space="preserve">Page </w:t>
                            </w:r>
                            <w:r w:rsidRPr="00857D04">
                              <w:rPr>
                                <w:rFonts w:cs="Calibri"/>
                                <w:b/>
                                <w:color w:val="FFFF00"/>
                                <w:sz w:val="28"/>
                              </w:rPr>
                              <w:fldChar w:fldCharType="begin"/>
                            </w:r>
                            <w:r w:rsidRPr="00857D04">
                              <w:rPr>
                                <w:rFonts w:cs="Calibri"/>
                                <w:b/>
                                <w:color w:val="FFFF00"/>
                                <w:sz w:val="28"/>
                              </w:rPr>
                              <w:instrText xml:space="preserve"> PAGE </w:instrText>
                            </w:r>
                            <w:r w:rsidRPr="00857D04">
                              <w:rPr>
                                <w:rFonts w:cs="Calibri"/>
                                <w:b/>
                                <w:color w:val="FFFF00"/>
                                <w:sz w:val="28"/>
                              </w:rPr>
                              <w:fldChar w:fldCharType="separate"/>
                            </w:r>
                            <w:r>
                              <w:rPr>
                                <w:rFonts w:cs="Calibri"/>
                                <w:b/>
                                <w:noProof/>
                                <w:color w:val="FFFF00"/>
                                <w:sz w:val="28"/>
                              </w:rPr>
                              <w:t>4</w:t>
                            </w:r>
                            <w:r w:rsidRPr="00857D04">
                              <w:rPr>
                                <w:rFonts w:cs="Calibri"/>
                                <w:b/>
                                <w:color w:val="FFFF00"/>
                                <w:sz w:val="28"/>
                              </w:rPr>
                              <w:fldChar w:fldCharType="end"/>
                            </w:r>
                            <w:r w:rsidRPr="00857D04">
                              <w:rPr>
                                <w:rFonts w:cs="Calibri"/>
                                <w:b/>
                                <w:color w:val="FFFF00"/>
                                <w:sz w:val="28"/>
                              </w:rPr>
                              <w:t xml:space="preserve"> </w:t>
                            </w:r>
                            <w:proofErr w:type="gramStart"/>
                            <w:r w:rsidRPr="00857D04">
                              <w:rPr>
                                <w:rFonts w:cs="Calibri"/>
                                <w:b/>
                                <w:color w:val="FFFF00"/>
                                <w:sz w:val="28"/>
                              </w:rPr>
                              <w:t xml:space="preserve">of </w:t>
                            </w:r>
                            <w:r w:rsidR="002424D9">
                              <w:rPr>
                                <w:rFonts w:cs="Calibri"/>
                                <w:b/>
                                <w:color w:val="FFFF00"/>
                                <w:sz w:val="28"/>
                              </w:rPr>
                              <w:t xml:space="preserve"> 8</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D456AC" id="Text Box 5" o:spid="_x0000_s1046" type="#_x0000_t202" style="position:absolute;margin-left:210.25pt;margin-top:723.85pt;width:192pt;height:24pt;z-index:25168742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" filled="f" stroked="f" strokeweight=".5pt">
                <v:textbox inset="0,0,0,0">
                  <w:txbxContent>
                    <w:p w14:paraId="3D0E4296" w14:textId="5EECEA7B" w:rsidR="00857D04" w:rsidRPr="00857D04" w:rsidRDefault="00857D04" w:rsidP="00857D04">
                      <w:pPr>
                        <w:spacing w:after="0"/>
                        <w:jc w:val="center"/>
                        <w:rPr>
                          <w:rFonts w:cs="Calibri"/>
                          <w:b/>
                          <w:color w:val="FFFF00"/>
                          <w:sz w:val="28"/>
                        </w:rPr>
                      </w:pPr>
                      <w:r w:rsidRPr="00857D04">
                        <w:rPr>
                          <w:rFonts w:cs="Calibri"/>
                          <w:b/>
                          <w:color w:val="FFFF00"/>
                          <w:sz w:val="28"/>
                        </w:rPr>
                        <w:t xml:space="preserve">Page </w:t>
                      </w:r>
                      <w:r w:rsidRPr="00857D04">
                        <w:rPr>
                          <w:rFonts w:cs="Calibri"/>
                          <w:b/>
                          <w:color w:val="FFFF00"/>
                          <w:sz w:val="28"/>
                        </w:rPr>
                        <w:fldChar w:fldCharType="begin"/>
                      </w:r>
                      <w:r w:rsidRPr="00857D04">
                        <w:rPr>
                          <w:rFonts w:cs="Calibri"/>
                          <w:b/>
                          <w:color w:val="FFFF00"/>
                          <w:sz w:val="28"/>
                        </w:rPr>
                        <w:instrText xml:space="preserve"> PAGE </w:instrText>
                      </w:r>
                      <w:r w:rsidRPr="00857D04">
                        <w:rPr>
                          <w:rFonts w:cs="Calibri"/>
                          <w:b/>
                          <w:color w:val="FFFF00"/>
                          <w:sz w:val="28"/>
                        </w:rPr>
                        <w:fldChar w:fldCharType="separate"/>
                      </w:r>
                      <w:r>
                        <w:rPr>
                          <w:rFonts w:cs="Calibri"/>
                          <w:b/>
                          <w:noProof/>
                          <w:color w:val="FFFF00"/>
                          <w:sz w:val="28"/>
                        </w:rPr>
                        <w:t>4</w:t>
                      </w:r>
                      <w:r w:rsidRPr="00857D04">
                        <w:rPr>
                          <w:rFonts w:cs="Calibri"/>
                          <w:b/>
                          <w:color w:val="FFFF00"/>
                          <w:sz w:val="28"/>
                        </w:rPr>
                        <w:fldChar w:fldCharType="end"/>
                      </w:r>
                      <w:r w:rsidRPr="00857D04">
                        <w:rPr>
                          <w:rFonts w:cs="Calibri"/>
                          <w:b/>
                          <w:color w:val="FFFF00"/>
                          <w:sz w:val="28"/>
                        </w:rPr>
                        <w:t xml:space="preserve"> </w:t>
                      </w:r>
                      <w:proofErr w:type="gramStart"/>
                      <w:r w:rsidRPr="00857D04">
                        <w:rPr>
                          <w:rFonts w:cs="Calibri"/>
                          <w:b/>
                          <w:color w:val="FFFF00"/>
                          <w:sz w:val="28"/>
                        </w:rPr>
                        <w:t xml:space="preserve">of </w:t>
                      </w:r>
                      <w:r w:rsidR="002424D9">
                        <w:rPr>
                          <w:rFonts w:cs="Calibri"/>
                          <w:b/>
                          <w:color w:val="FFFF00"/>
                          <w:sz w:val="28"/>
                        </w:rPr>
                        <w:t xml:space="preserve"> 8</w:t>
                      </w:r>
                      <w:proofErr w:type="gramEnd"/>
                    </w:p>
                  </w:txbxContent>
                </v:textbox>
                <w10:wrap anchorx="page" anchory="page"/>
              </v:shape>
            </w:pict>
          </mc:Fallback>
        </mc:AlternateContent>
      </w:r>
      <w:r w:rsidR="00762FD4" w:rsidRPr="00E56B01">
        <w:rPr>
          <w:sz w:val="32"/>
          <w:szCs w:val="32"/>
        </w:rPr>
        <w:t>Pause to review and continue the same run. Cancel ends the run but keeps completed matches. A new START FILTERED SCAN replaces the previous result list. Results are kept in this browser session; reloading or changing account clears the scanner state.</w:t>
      </w:r>
      <w:r w:rsidR="00000000">
        <w:rPr>
          <w:sz w:val="24"/>
          <w:szCs w:val="24"/>
        </w:rPr>
        <w:pict w14:anchorId="67A0D947">
          <v:rect id="Web2BlackFlow21" o:spid="_x0000_s2087" style="position:absolute;margin-left:0;margin-top:0;width:612pt;height:11in;z-index:-251643904;mso-position-horizontal-relative:page;mso-position-vertical-relative:page" fillcolor="black" stroked="f">
            <w10:wrap anchorx="page" anchory="page"/>
          </v:rect>
        </w:pict>
      </w:r>
    </w:p>
    <w:p w14:paraId="0946ADC5" w14:textId="40D1862C" w:rsidR="00D70979" w:rsidRPr="00E56B01" w:rsidRDefault="00762FD4">
      <w:pPr>
        <w:pStyle w:val="Heading1"/>
        <w:pageBreakBefore/>
        <w:rPr>
          <w:sz w:val="52"/>
          <w:szCs w:val="40"/>
        </w:rPr>
      </w:pPr>
      <w:r w:rsidRPr="00E56B01">
        <w:rPr>
          <w:sz w:val="52"/>
          <w:szCs w:val="40"/>
        </w:rPr>
        <w:lastRenderedPageBreak/>
        <w:t>Set the search filters</w:t>
      </w:r>
      <w:r w:rsidR="00000000">
        <w:rPr>
          <w:sz w:val="44"/>
          <w:szCs w:val="32"/>
        </w:rPr>
        <w:pict w14:anchorId="20BC67C4">
          <v:rect id="Web2BlackFlow22" o:spid="_x0000_s2086" style="position:absolute;margin-left:0;margin-top:0;width:612pt;height:11in;z-index:-251642880;mso-position-horizontal-relative:page;mso-position-vertical-relative:page" fillcolor="black" stroked="f">
            <w10:wrap anchorx="page" anchory="page"/>
          </v:rect>
        </w:pict>
      </w:r>
    </w:p>
    <w:p w14:paraId="77851915" w14:textId="77777777" w:rsidR="00D70979" w:rsidRPr="00E56B01" w:rsidRDefault="00762FD4">
      <w:pPr>
        <w:keepLines/>
        <w:rPr>
          <w:sz w:val="32"/>
          <w:szCs w:val="32"/>
        </w:rPr>
      </w:pPr>
      <w:r w:rsidRPr="00E56B01">
        <w:rPr>
          <w:b/>
          <w:color w:val="FFC526"/>
          <w:sz w:val="32"/>
          <w:szCs w:val="32"/>
        </w:rPr>
        <w:t>1. Minimum price (</w:t>
      </w:r>
      <w:proofErr w:type="gramStart"/>
      <w:r w:rsidRPr="00E56B01">
        <w:rPr>
          <w:b/>
          <w:color w:val="FFC526"/>
          <w:sz w:val="32"/>
          <w:szCs w:val="32"/>
        </w:rPr>
        <w:t xml:space="preserve">$)  </w:t>
      </w:r>
      <w:r w:rsidRPr="00E56B01">
        <w:rPr>
          <w:sz w:val="32"/>
          <w:szCs w:val="32"/>
        </w:rPr>
        <w:t>Lowest</w:t>
      </w:r>
      <w:proofErr w:type="gramEnd"/>
      <w:r w:rsidRPr="00E56B01">
        <w:rPr>
          <w:sz w:val="32"/>
          <w:szCs w:val="32"/>
        </w:rPr>
        <w:t xml:space="preserve"> share price to include. The shown preset is 5. Enter 0 for no lower price restriction.</w:t>
      </w:r>
      <w:r w:rsidR="00000000">
        <w:rPr>
          <w:sz w:val="24"/>
          <w:szCs w:val="24"/>
        </w:rPr>
        <w:pict w14:anchorId="76E57E0D">
          <v:rect id="Web2BlackFlow23" o:spid="_x0000_s2085" style="position:absolute;margin-left:0;margin-top:0;width:612pt;height:11in;z-index:-251641856;mso-position-horizontal-relative:page;mso-position-vertical-relative:page" fillcolor="black" stroked="f">
            <w10:wrap anchorx="page" anchory="page"/>
          </v:rect>
        </w:pict>
      </w:r>
    </w:p>
    <w:p w14:paraId="48203583" w14:textId="77777777" w:rsidR="00D70979" w:rsidRPr="00E56B01" w:rsidRDefault="00762FD4">
      <w:pPr>
        <w:keepLines/>
        <w:rPr>
          <w:sz w:val="32"/>
          <w:szCs w:val="32"/>
        </w:rPr>
      </w:pPr>
      <w:r w:rsidRPr="00E56B01">
        <w:rPr>
          <w:b/>
          <w:color w:val="FFC526"/>
          <w:sz w:val="32"/>
          <w:szCs w:val="32"/>
        </w:rPr>
        <w:t xml:space="preserve">2. Maximum price ($), 0 = </w:t>
      </w:r>
      <w:proofErr w:type="gramStart"/>
      <w:r w:rsidRPr="00E56B01">
        <w:rPr>
          <w:b/>
          <w:color w:val="FFC526"/>
          <w:sz w:val="32"/>
          <w:szCs w:val="32"/>
        </w:rPr>
        <w:t xml:space="preserve">any  </w:t>
      </w:r>
      <w:r w:rsidRPr="00E56B01">
        <w:rPr>
          <w:sz w:val="32"/>
          <w:szCs w:val="32"/>
        </w:rPr>
        <w:t>Highest</w:t>
      </w:r>
      <w:proofErr w:type="gramEnd"/>
      <w:r w:rsidRPr="00E56B01">
        <w:rPr>
          <w:sz w:val="32"/>
          <w:szCs w:val="32"/>
        </w:rPr>
        <w:t xml:space="preserve"> share price to include. 0 means no upper limit.</w:t>
      </w:r>
      <w:r w:rsidR="00000000">
        <w:rPr>
          <w:sz w:val="24"/>
          <w:szCs w:val="24"/>
        </w:rPr>
        <w:pict w14:anchorId="5D21AD3C">
          <v:rect id="Web2BlackFlow24" o:spid="_x0000_s2084" style="position:absolute;margin-left:0;margin-top:0;width:612pt;height:11in;z-index:-251640832;mso-position-horizontal-relative:page;mso-position-vertical-relative:page" fillcolor="black" stroked="f">
            <w10:wrap anchorx="page" anchory="page"/>
          </v:rect>
        </w:pict>
      </w:r>
    </w:p>
    <w:p w14:paraId="16B1B83C" w14:textId="77777777" w:rsidR="00D70979" w:rsidRPr="00E56B01" w:rsidRDefault="00762FD4">
      <w:pPr>
        <w:keepLines/>
        <w:rPr>
          <w:sz w:val="32"/>
          <w:szCs w:val="32"/>
        </w:rPr>
      </w:pPr>
      <w:r w:rsidRPr="00E56B01">
        <w:rPr>
          <w:b/>
          <w:color w:val="FFC526"/>
          <w:sz w:val="32"/>
          <w:szCs w:val="32"/>
        </w:rPr>
        <w:t xml:space="preserve">3. Minimum 20-day average </w:t>
      </w:r>
      <w:proofErr w:type="gramStart"/>
      <w:r w:rsidRPr="00E56B01">
        <w:rPr>
          <w:b/>
          <w:color w:val="FFC526"/>
          <w:sz w:val="32"/>
          <w:szCs w:val="32"/>
        </w:rPr>
        <w:t xml:space="preserve">volume  </w:t>
      </w:r>
      <w:r w:rsidRPr="00E56B01">
        <w:rPr>
          <w:sz w:val="32"/>
          <w:szCs w:val="32"/>
        </w:rPr>
        <w:t>Minimum</w:t>
      </w:r>
      <w:proofErr w:type="gramEnd"/>
      <w:r w:rsidRPr="00E56B01">
        <w:rPr>
          <w:sz w:val="32"/>
          <w:szCs w:val="32"/>
        </w:rPr>
        <w:t xml:space="preserve"> average shares traded per day over the latest 20 daily bars. The preset is 500000 shares. 0 removes the filter; this is </w:t>
      </w:r>
      <w:proofErr w:type="gramStart"/>
      <w:r w:rsidRPr="00E56B01">
        <w:rPr>
          <w:sz w:val="32"/>
          <w:szCs w:val="32"/>
        </w:rPr>
        <w:t>share</w:t>
      </w:r>
      <w:proofErr w:type="gramEnd"/>
      <w:r w:rsidRPr="00E56B01">
        <w:rPr>
          <w:sz w:val="32"/>
          <w:szCs w:val="32"/>
        </w:rPr>
        <w:t xml:space="preserve"> volume, not dollar volume.</w:t>
      </w:r>
      <w:r w:rsidR="00000000">
        <w:rPr>
          <w:sz w:val="24"/>
          <w:szCs w:val="24"/>
        </w:rPr>
        <w:pict w14:anchorId="6FFFC204">
          <v:rect id="Web2BlackFlow25" o:spid="_x0000_s2083" style="position:absolute;margin-left:0;margin-top:0;width:612pt;height:11in;z-index:-251639808;mso-position-horizontal-relative:page;mso-position-vertical-relative:page" fillcolor="black" stroked="f">
            <w10:wrap anchorx="page" anchory="page"/>
          </v:rect>
        </w:pict>
      </w:r>
    </w:p>
    <w:p w14:paraId="3AF5A0E0" w14:textId="77777777" w:rsidR="00D70979" w:rsidRPr="00E56B01" w:rsidRDefault="00762FD4">
      <w:pPr>
        <w:keepLines/>
        <w:rPr>
          <w:sz w:val="32"/>
          <w:szCs w:val="32"/>
        </w:rPr>
      </w:pPr>
      <w:r w:rsidRPr="00E56B01">
        <w:rPr>
          <w:b/>
          <w:color w:val="FFC526"/>
          <w:sz w:val="32"/>
          <w:szCs w:val="32"/>
        </w:rPr>
        <w:t>4. Crossover within last trading days (1–20</w:t>
      </w:r>
      <w:proofErr w:type="gramStart"/>
      <w:r w:rsidRPr="00E56B01">
        <w:rPr>
          <w:b/>
          <w:color w:val="FFC526"/>
          <w:sz w:val="32"/>
          <w:szCs w:val="32"/>
        </w:rPr>
        <w:t xml:space="preserve">)  </w:t>
      </w:r>
      <w:r w:rsidRPr="00E56B01">
        <w:rPr>
          <w:sz w:val="32"/>
          <w:szCs w:val="32"/>
        </w:rPr>
        <w:t>The</w:t>
      </w:r>
      <w:proofErr w:type="gramEnd"/>
      <w:r w:rsidRPr="00E56B01">
        <w:rPr>
          <w:sz w:val="32"/>
          <w:szCs w:val="32"/>
        </w:rPr>
        <w:t xml:space="preserve"> preset is 3. Blue must have crossed above gold within the last three completed daily bars and still be above it. Today’s unfinished daily bar is excluded.</w:t>
      </w:r>
      <w:r w:rsidR="00000000">
        <w:rPr>
          <w:sz w:val="24"/>
          <w:szCs w:val="24"/>
        </w:rPr>
        <w:pict w14:anchorId="41C310E2">
          <v:rect id="Web2BlackFlow26" o:spid="_x0000_s2082" style="position:absolute;margin-left:0;margin-top:0;width:612pt;height:11in;z-index:-251638784;mso-position-horizontal-relative:page;mso-position-vertical-relative:page" fillcolor="black" stroked="f">
            <w10:wrap anchorx="page" anchory="page"/>
          </v:rect>
        </w:pict>
      </w:r>
    </w:p>
    <w:p w14:paraId="7C298B5C" w14:textId="77777777" w:rsidR="00D70979" w:rsidRPr="00E56B01" w:rsidRDefault="00762FD4">
      <w:pPr>
        <w:keepLines/>
        <w:rPr>
          <w:sz w:val="32"/>
          <w:szCs w:val="32"/>
        </w:rPr>
      </w:pPr>
      <w:r w:rsidRPr="00E56B01">
        <w:rPr>
          <w:b/>
          <w:color w:val="FFC526"/>
          <w:sz w:val="32"/>
          <w:szCs w:val="32"/>
        </w:rPr>
        <w:t xml:space="preserve">5. </w:t>
      </w:r>
      <w:proofErr w:type="gramStart"/>
      <w:r w:rsidRPr="00E56B01">
        <w:rPr>
          <w:b/>
          <w:color w:val="FFC526"/>
          <w:sz w:val="32"/>
          <w:szCs w:val="32"/>
        </w:rPr>
        <w:t xml:space="preserve">Symbols  </w:t>
      </w:r>
      <w:r w:rsidRPr="00E56B01">
        <w:rPr>
          <w:sz w:val="32"/>
          <w:szCs w:val="32"/>
        </w:rPr>
        <w:t>Optional</w:t>
      </w:r>
      <w:proofErr w:type="gramEnd"/>
      <w:r w:rsidRPr="00E56B01">
        <w:rPr>
          <w:sz w:val="32"/>
          <w:szCs w:val="32"/>
        </w:rPr>
        <w:t xml:space="preserve"> comma-separated symbols, such as MSFT, IESC, NET. Leave blank for the market-wide search. Other filters still apply, and owned stocks remain excluded.</w:t>
      </w:r>
      <w:r w:rsidR="00000000">
        <w:rPr>
          <w:sz w:val="24"/>
          <w:szCs w:val="24"/>
        </w:rPr>
        <w:pict w14:anchorId="736B8AA3">
          <v:rect id="Web2BlackFlow27" o:spid="_x0000_s2081" style="position:absolute;margin-left:0;margin-top:0;width:612pt;height:11in;z-index:-251637760;mso-position-horizontal-relative:page;mso-position-vertical-relative:page" fillcolor="black" stroked="f">
            <w10:wrap anchorx="page" anchory="page"/>
          </v:rect>
        </w:pict>
      </w:r>
    </w:p>
    <w:p w14:paraId="60D44E64" w14:textId="77777777" w:rsidR="00D70979" w:rsidRPr="00E56B01" w:rsidRDefault="00762FD4">
      <w:pPr>
        <w:keepLines/>
        <w:rPr>
          <w:sz w:val="32"/>
          <w:szCs w:val="32"/>
        </w:rPr>
      </w:pPr>
      <w:r w:rsidRPr="00E56B01">
        <w:rPr>
          <w:b/>
          <w:color w:val="FFC526"/>
          <w:sz w:val="32"/>
          <w:szCs w:val="32"/>
        </w:rPr>
        <w:t xml:space="preserve">6. Require price above its 50-day moving </w:t>
      </w:r>
      <w:proofErr w:type="gramStart"/>
      <w:r w:rsidRPr="00E56B01">
        <w:rPr>
          <w:b/>
          <w:color w:val="FFC526"/>
          <w:sz w:val="32"/>
          <w:szCs w:val="32"/>
        </w:rPr>
        <w:t xml:space="preserve">average  </w:t>
      </w:r>
      <w:r w:rsidRPr="00E56B01">
        <w:rPr>
          <w:sz w:val="32"/>
          <w:szCs w:val="32"/>
        </w:rPr>
        <w:t>Checked</w:t>
      </w:r>
      <w:proofErr w:type="gramEnd"/>
      <w:r w:rsidRPr="00E56B01">
        <w:rPr>
          <w:sz w:val="32"/>
          <w:szCs w:val="32"/>
        </w:rPr>
        <w:t>: require price above its 50-day simple average. Unchecked: remove this extra trend requirement.</w:t>
      </w:r>
      <w:r w:rsidR="00000000">
        <w:rPr>
          <w:sz w:val="24"/>
          <w:szCs w:val="24"/>
        </w:rPr>
        <w:pict w14:anchorId="7FB27590">
          <v:rect id="Web2BlackFlow28" o:spid="_x0000_s2080" style="position:absolute;margin-left:0;margin-top:0;width:612pt;height:11in;z-index:-251636736;mso-position-horizontal-relative:page;mso-position-vertical-relative:page" fillcolor="black" stroked="f">
            <w10:wrap anchorx="page" anchory="page"/>
          </v:rect>
        </w:pict>
      </w:r>
    </w:p>
    <w:p w14:paraId="4BD049D7" w14:textId="77777777" w:rsidR="00D70979" w:rsidRPr="00E56B01" w:rsidRDefault="00762FD4">
      <w:pPr>
        <w:keepLines/>
        <w:rPr>
          <w:sz w:val="32"/>
          <w:szCs w:val="32"/>
        </w:rPr>
      </w:pPr>
      <w:r w:rsidRPr="00E56B01">
        <w:rPr>
          <w:b/>
          <w:color w:val="FFC526"/>
          <w:sz w:val="32"/>
          <w:szCs w:val="32"/>
        </w:rPr>
        <w:t xml:space="preserve">7. Include ETFs in market-wide </w:t>
      </w:r>
      <w:proofErr w:type="gramStart"/>
      <w:r w:rsidRPr="00E56B01">
        <w:rPr>
          <w:b/>
          <w:color w:val="FFC526"/>
          <w:sz w:val="32"/>
          <w:szCs w:val="32"/>
        </w:rPr>
        <w:t xml:space="preserve">scan  </w:t>
      </w:r>
      <w:r w:rsidRPr="00E56B01">
        <w:rPr>
          <w:sz w:val="32"/>
          <w:szCs w:val="32"/>
        </w:rPr>
        <w:t>Checked</w:t>
      </w:r>
      <w:proofErr w:type="gramEnd"/>
      <w:r w:rsidRPr="00E56B01">
        <w:rPr>
          <w:sz w:val="32"/>
          <w:szCs w:val="32"/>
        </w:rPr>
        <w:t>: allow ETFs alongside eligible stocks. Unchecked: exclude ETFs from the market-wide universe.</w:t>
      </w:r>
      <w:r w:rsidR="00000000">
        <w:rPr>
          <w:sz w:val="24"/>
          <w:szCs w:val="24"/>
        </w:rPr>
        <w:pict w14:anchorId="7C551A4F">
          <v:rect id="Web2BlackFlow29" o:spid="_x0000_s2079" style="position:absolute;margin-left:0;margin-top:0;width:612pt;height:11in;z-index:-251635712;mso-position-horizontal-relative:page;mso-position-vertical-relative:page" fillcolor="black" stroked="f">
            <w10:wrap anchorx="page" anchory="page"/>
          </v:rect>
        </w:pict>
      </w:r>
    </w:p>
    <w:p w14:paraId="10AD8C15" w14:textId="77777777" w:rsidR="00D70979" w:rsidRPr="00E56B01" w:rsidRDefault="00762FD4">
      <w:pPr>
        <w:keepLines/>
        <w:rPr>
          <w:sz w:val="32"/>
          <w:szCs w:val="32"/>
        </w:rPr>
      </w:pPr>
      <w:r w:rsidRPr="00E56B01">
        <w:rPr>
          <w:b/>
          <w:color w:val="FFC526"/>
          <w:sz w:val="32"/>
          <w:szCs w:val="32"/>
        </w:rPr>
        <w:t xml:space="preserve">8. FIND A CHARM </w:t>
      </w:r>
      <w:proofErr w:type="gramStart"/>
      <w:r w:rsidRPr="00E56B01">
        <w:rPr>
          <w:b/>
          <w:color w:val="FFC526"/>
          <w:sz w:val="32"/>
          <w:szCs w:val="32"/>
        </w:rPr>
        <w:t xml:space="preserve">WINNER  </w:t>
      </w:r>
      <w:r w:rsidRPr="00E56B01">
        <w:rPr>
          <w:sz w:val="32"/>
          <w:szCs w:val="32"/>
        </w:rPr>
        <w:t>Preset</w:t>
      </w:r>
      <w:proofErr w:type="gramEnd"/>
      <w:r w:rsidRPr="00E56B01">
        <w:rPr>
          <w:sz w:val="32"/>
          <w:szCs w:val="32"/>
        </w:rPr>
        <w:t xml:space="preserve"> on. Run historical CHARM tests and calculate the buy score. Testing adds time. Weaker matches remain visible; STRONGEST EVIDENCE is a separate strict label.</w:t>
      </w:r>
      <w:r w:rsidR="00000000">
        <w:rPr>
          <w:sz w:val="24"/>
          <w:szCs w:val="24"/>
        </w:rPr>
        <w:pict w14:anchorId="67DF326C">
          <v:rect id="Web2BlackFlow30" o:spid="_x0000_s2078" style="position:absolute;margin-left:0;margin-top:0;width:612pt;height:11in;z-index:-251634688;mso-position-horizontal-relative:page;mso-position-vertical-relative:page" fillcolor="black" stroked="f">
            <w10:wrap anchorx="page" anchory="page"/>
          </v:rect>
        </w:pict>
      </w:r>
    </w:p>
    <w:p w14:paraId="6CE3C656" w14:textId="77777777" w:rsidR="00D70979" w:rsidRPr="00E56B01" w:rsidRDefault="00762FD4">
      <w:pPr>
        <w:keepLines/>
        <w:rPr>
          <w:sz w:val="32"/>
          <w:szCs w:val="32"/>
        </w:rPr>
      </w:pPr>
      <w:r w:rsidRPr="00E56B01">
        <w:rPr>
          <w:b/>
          <w:color w:val="FFC526"/>
          <w:sz w:val="32"/>
          <w:szCs w:val="32"/>
        </w:rPr>
        <w:t xml:space="preserve">9. FAST </w:t>
      </w:r>
      <w:proofErr w:type="gramStart"/>
      <w:r w:rsidRPr="00E56B01">
        <w:rPr>
          <w:b/>
          <w:color w:val="FFC526"/>
          <w:sz w:val="32"/>
          <w:szCs w:val="32"/>
        </w:rPr>
        <w:t xml:space="preserve">PREFILTER  </w:t>
      </w:r>
      <w:r w:rsidRPr="00E56B01">
        <w:rPr>
          <w:sz w:val="32"/>
          <w:szCs w:val="32"/>
        </w:rPr>
        <w:t>Preset</w:t>
      </w:r>
      <w:proofErr w:type="gramEnd"/>
      <w:r w:rsidRPr="00E56B01">
        <w:rPr>
          <w:sz w:val="32"/>
          <w:szCs w:val="32"/>
        </w:rPr>
        <w:t xml:space="preserve"> on. Use a bulk market snapshot to check price, 30-day volume, MACD above signal and the optional 50-day rule. CHARM then verifies the recent crossover and 20-day volume using daily history. Uncheck for a broader, slower history scan.</w:t>
      </w:r>
      <w:r w:rsidR="00000000">
        <w:rPr>
          <w:sz w:val="24"/>
          <w:szCs w:val="24"/>
        </w:rPr>
        <w:pict w14:anchorId="789E3E76">
          <v:rect id="Web2BlackFlow31" o:spid="_x0000_s2077" style="position:absolute;margin-left:0;margin-top:0;width:612pt;height:11in;z-index:-251633664;mso-position-horizontal-relative:page;mso-position-vertical-relative:page" fillcolor="black" stroked="f">
            <w10:wrap anchorx="page" anchory="page"/>
          </v:rect>
        </w:pict>
      </w:r>
    </w:p>
    <w:p w14:paraId="2ABAD0ED" w14:textId="41152452" w:rsidR="00D70979" w:rsidRPr="00E56B01" w:rsidRDefault="008B439A" w:rsidP="00A74669">
      <w:pPr>
        <w:keepLines/>
        <w:rPr>
          <w:sz w:val="52"/>
          <w:szCs w:val="40"/>
        </w:rPr>
      </w:pPr>
      <w:r>
        <w:rPr>
          <w:noProof/>
          <w:sz w:val="52"/>
          <w:szCs w:val="40"/>
        </w:rPr>
        <mc:AlternateContent>
          <mc:Choice Requires="wps">
            <w:drawing>
              <wp:anchor distT="0" distB="0" distL="114300" distR="114300" simplePos="0" relativeHeight="251620864" behindDoc="0" locked="0" layoutInCell="1" allowOverlap="1" wp14:anchorId="2B027AE5" wp14:editId="5532EC45">
                <wp:simplePos x="0" y="0"/>
                <wp:positionH relativeFrom="page">
                  <wp:posOffset>2670048</wp:posOffset>
                </wp:positionH>
                <wp:positionV relativeFrom="page">
                  <wp:posOffset>9497569</wp:posOffset>
                </wp:positionV>
                <wp:extent cx="2438400" cy="243840"/>
                <wp:effectExtent l="0" t="0" r="0" b="3810"/>
                <wp:wrapNone/>
                <wp:docPr id="6" name="Text Box 6"/>
                <wp:cNvGraphicFramePr/>
                <a:graphic xmlns:a="http://schemas.openxmlformats.org/drawingml/2006/main">
                  <a:graphicData uri="http://schemas.microsoft.com/office/word/2010/wordprocessingShape">
                    <wps:wsp>
                      <wps:cNvSpPr txBox="1"/>
                      <wps:spPr>
                        <a:xfrm>
                          <a:off x="0" y="0"/>
                          <a:ext cx="2438400" cy="24384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31949C" w14:textId="493F1E5C" w:rsidR="00857D04" w:rsidRPr="00857D04" w:rsidRDefault="00857D04" w:rsidP="00857D04">
                            <w:pPr>
                              <w:spacing w:after="0"/>
                              <w:jc w:val="center"/>
                              <w:rPr>
                                <w:rFonts w:cs="Calibri"/>
                                <w:b/>
                                <w:color w:val="FFFF00"/>
                                <w:sz w:val="28"/>
                              </w:rPr>
                            </w:pPr>
                            <w:r w:rsidRPr="00857D04">
                              <w:rPr>
                                <w:rFonts w:cs="Calibri"/>
                                <w:b/>
                                <w:color w:val="FFFF00"/>
                                <w:sz w:val="28"/>
                              </w:rPr>
                              <w:t xml:space="preserve">Page </w:t>
                            </w:r>
                            <w:r w:rsidRPr="00857D04">
                              <w:rPr>
                                <w:rFonts w:cs="Calibri"/>
                                <w:b/>
                                <w:color w:val="FFFF00"/>
                                <w:sz w:val="28"/>
                              </w:rPr>
                              <w:fldChar w:fldCharType="begin"/>
                            </w:r>
                            <w:r w:rsidRPr="00857D04">
                              <w:rPr>
                                <w:rFonts w:cs="Calibri"/>
                                <w:b/>
                                <w:color w:val="FFFF00"/>
                                <w:sz w:val="28"/>
                              </w:rPr>
                              <w:instrText xml:space="preserve"> PAGE </w:instrText>
                            </w:r>
                            <w:r w:rsidRPr="00857D04">
                              <w:rPr>
                                <w:rFonts w:cs="Calibri"/>
                                <w:b/>
                                <w:color w:val="FFFF00"/>
                                <w:sz w:val="28"/>
                              </w:rPr>
                              <w:fldChar w:fldCharType="separate"/>
                            </w:r>
                            <w:r>
                              <w:rPr>
                                <w:rFonts w:cs="Calibri"/>
                                <w:b/>
                                <w:noProof/>
                                <w:color w:val="FFFF00"/>
                                <w:sz w:val="28"/>
                              </w:rPr>
                              <w:t>5</w:t>
                            </w:r>
                            <w:r w:rsidRPr="00857D04">
                              <w:rPr>
                                <w:rFonts w:cs="Calibri"/>
                                <w:b/>
                                <w:color w:val="FFFF00"/>
                                <w:sz w:val="28"/>
                              </w:rPr>
                              <w:fldChar w:fldCharType="end"/>
                            </w:r>
                            <w:r w:rsidRPr="00857D04">
                              <w:rPr>
                                <w:rFonts w:cs="Calibri"/>
                                <w:b/>
                                <w:color w:val="FFFF00"/>
                                <w:sz w:val="28"/>
                              </w:rPr>
                              <w:t xml:space="preserve"> </w:t>
                            </w:r>
                            <w:proofErr w:type="gramStart"/>
                            <w:r w:rsidRPr="00857D04">
                              <w:rPr>
                                <w:rFonts w:cs="Calibri"/>
                                <w:b/>
                                <w:color w:val="FFFF00"/>
                                <w:sz w:val="28"/>
                              </w:rPr>
                              <w:t xml:space="preserve">of </w:t>
                            </w:r>
                            <w:r w:rsidR="00B7738A">
                              <w:rPr>
                                <w:rFonts w:cs="Calibri"/>
                                <w:b/>
                                <w:color w:val="FFFF00"/>
                                <w:sz w:val="28"/>
                              </w:rPr>
                              <w:t xml:space="preserve"> 8</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027AE5" id="Text Box 6" o:spid="_x0000_s1047" type="#_x0000_t202" style="position:absolute;margin-left:210.25pt;margin-top:747.85pt;width:192pt;height:19.2pt;z-index:25162086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" filled="f" stroked="f" strokeweight=".5pt">
                <v:textbox inset="0,0,0,0">
                  <w:txbxContent>
                    <w:p w14:paraId="3631949C" w14:textId="493F1E5C" w:rsidR="00857D04" w:rsidRPr="00857D04" w:rsidRDefault="00857D04" w:rsidP="00857D04">
                      <w:pPr>
                        <w:spacing w:after="0"/>
                        <w:jc w:val="center"/>
                        <w:rPr>
                          <w:rFonts w:cs="Calibri"/>
                          <w:b/>
                          <w:color w:val="FFFF00"/>
                          <w:sz w:val="28"/>
                        </w:rPr>
                      </w:pPr>
                      <w:r w:rsidRPr="00857D04">
                        <w:rPr>
                          <w:rFonts w:cs="Calibri"/>
                          <w:b/>
                          <w:color w:val="FFFF00"/>
                          <w:sz w:val="28"/>
                        </w:rPr>
                        <w:t xml:space="preserve">Page </w:t>
                      </w:r>
                      <w:r w:rsidRPr="00857D04">
                        <w:rPr>
                          <w:rFonts w:cs="Calibri"/>
                          <w:b/>
                          <w:color w:val="FFFF00"/>
                          <w:sz w:val="28"/>
                        </w:rPr>
                        <w:fldChar w:fldCharType="begin"/>
                      </w:r>
                      <w:r w:rsidRPr="00857D04">
                        <w:rPr>
                          <w:rFonts w:cs="Calibri"/>
                          <w:b/>
                          <w:color w:val="FFFF00"/>
                          <w:sz w:val="28"/>
                        </w:rPr>
                        <w:instrText xml:space="preserve"> PAGE </w:instrText>
                      </w:r>
                      <w:r w:rsidRPr="00857D04">
                        <w:rPr>
                          <w:rFonts w:cs="Calibri"/>
                          <w:b/>
                          <w:color w:val="FFFF00"/>
                          <w:sz w:val="28"/>
                        </w:rPr>
                        <w:fldChar w:fldCharType="separate"/>
                      </w:r>
                      <w:r>
                        <w:rPr>
                          <w:rFonts w:cs="Calibri"/>
                          <w:b/>
                          <w:noProof/>
                          <w:color w:val="FFFF00"/>
                          <w:sz w:val="28"/>
                        </w:rPr>
                        <w:t>5</w:t>
                      </w:r>
                      <w:r w:rsidRPr="00857D04">
                        <w:rPr>
                          <w:rFonts w:cs="Calibri"/>
                          <w:b/>
                          <w:color w:val="FFFF00"/>
                          <w:sz w:val="28"/>
                        </w:rPr>
                        <w:fldChar w:fldCharType="end"/>
                      </w:r>
                      <w:r w:rsidRPr="00857D04">
                        <w:rPr>
                          <w:rFonts w:cs="Calibri"/>
                          <w:b/>
                          <w:color w:val="FFFF00"/>
                          <w:sz w:val="28"/>
                        </w:rPr>
                        <w:t xml:space="preserve"> </w:t>
                      </w:r>
                      <w:proofErr w:type="gramStart"/>
                      <w:r w:rsidRPr="00857D04">
                        <w:rPr>
                          <w:rFonts w:cs="Calibri"/>
                          <w:b/>
                          <w:color w:val="FFFF00"/>
                          <w:sz w:val="28"/>
                        </w:rPr>
                        <w:t xml:space="preserve">of </w:t>
                      </w:r>
                      <w:r w:rsidR="00B7738A">
                        <w:rPr>
                          <w:rFonts w:cs="Calibri"/>
                          <w:b/>
                          <w:color w:val="FFFF00"/>
                          <w:sz w:val="28"/>
                        </w:rPr>
                        <w:t xml:space="preserve"> 8</w:t>
                      </w:r>
                      <w:proofErr w:type="gramEnd"/>
                    </w:p>
                  </w:txbxContent>
                </v:textbox>
                <w10:wrap anchorx="page" anchory="page"/>
              </v:shape>
            </w:pict>
          </mc:Fallback>
        </mc:AlternateContent>
      </w:r>
      <w:r w:rsidR="00762FD4" w:rsidRPr="00E56B01">
        <w:rPr>
          <w:b/>
          <w:color w:val="FFC526"/>
          <w:sz w:val="32"/>
          <w:szCs w:val="32"/>
        </w:rPr>
        <w:t xml:space="preserve">10. Quick </w:t>
      </w:r>
      <w:proofErr w:type="gramStart"/>
      <w:r w:rsidR="00762FD4" w:rsidRPr="00E56B01">
        <w:rPr>
          <w:b/>
          <w:color w:val="FFC526"/>
          <w:sz w:val="32"/>
          <w:szCs w:val="32"/>
        </w:rPr>
        <w:t xml:space="preserve">scan  </w:t>
      </w:r>
      <w:r w:rsidR="00762FD4" w:rsidRPr="00E56B01">
        <w:rPr>
          <w:sz w:val="32"/>
          <w:szCs w:val="32"/>
        </w:rPr>
        <w:t>Use</w:t>
      </w:r>
      <w:proofErr w:type="gramEnd"/>
      <w:r w:rsidR="00762FD4" w:rsidRPr="00E56B01">
        <w:rPr>
          <w:sz w:val="32"/>
          <w:szCs w:val="32"/>
        </w:rPr>
        <w:t xml:space="preserve"> the public MACD shortlist for limited coverage. Leave unchecked for a wider search. An explicit Symbols list is not replaced by this </w:t>
      </w:r>
      <w:r w:rsidR="00000000">
        <w:rPr>
          <w:sz w:val="44"/>
          <w:szCs w:val="32"/>
        </w:rPr>
        <w:pict w14:anchorId="49BB8D52">
          <v:rect id="Web2BlackFlow33" o:spid="_x0000_s2075" style="position:absolute;margin-left:0;margin-top:0;width:612pt;height:11in;z-index:-251632640;mso-position-horizontal-relative:page;mso-position-vertical-relative:page" fillcolor="black" stroked="f">
            <w10:wrap anchorx="page" anchory="page"/>
          </v:rect>
        </w:pict>
      </w:r>
    </w:p>
    <w:p w14:paraId="5BEDEBD6" w14:textId="77777777" w:rsidR="00D70979" w:rsidRPr="00E56B01" w:rsidRDefault="00762FD4">
      <w:pPr>
        <w:keepLines/>
        <w:rPr>
          <w:sz w:val="32"/>
          <w:szCs w:val="32"/>
        </w:rPr>
      </w:pPr>
      <w:r w:rsidRPr="00E56B01">
        <w:rPr>
          <w:b/>
          <w:color w:val="FFC526"/>
          <w:sz w:val="32"/>
          <w:szCs w:val="32"/>
        </w:rPr>
        <w:lastRenderedPageBreak/>
        <w:t xml:space="preserve">11. START FILTERED </w:t>
      </w:r>
      <w:proofErr w:type="gramStart"/>
      <w:r w:rsidRPr="00E56B01">
        <w:rPr>
          <w:b/>
          <w:color w:val="FFC526"/>
          <w:sz w:val="32"/>
          <w:szCs w:val="32"/>
        </w:rPr>
        <w:t xml:space="preserve">SCAN  </w:t>
      </w:r>
      <w:r w:rsidRPr="00E56B01">
        <w:rPr>
          <w:sz w:val="32"/>
          <w:szCs w:val="32"/>
        </w:rPr>
        <w:t>Start</w:t>
      </w:r>
      <w:proofErr w:type="gramEnd"/>
      <w:r w:rsidRPr="00E56B01">
        <w:rPr>
          <w:sz w:val="32"/>
          <w:szCs w:val="32"/>
        </w:rPr>
        <w:t xml:space="preserve"> with the selected filters. Fields and the start button are disabled while running. A fresh scan clears the previous candidates.</w:t>
      </w:r>
      <w:r w:rsidR="00000000">
        <w:rPr>
          <w:sz w:val="24"/>
          <w:szCs w:val="24"/>
        </w:rPr>
        <w:pict w14:anchorId="3B297189">
          <v:rect id="Web2BlackFlow34" o:spid="_x0000_s2074" style="position:absolute;margin-left:0;margin-top:0;width:612pt;height:11in;z-index:-251631616;mso-position-horizontal-relative:page;mso-position-vertical-relative:page" fillcolor="black" stroked="f">
            <w10:wrap anchorx="page" anchory="page"/>
          </v:rect>
        </w:pict>
      </w:r>
    </w:p>
    <w:p w14:paraId="517D657B" w14:textId="77777777" w:rsidR="00D70979" w:rsidRPr="00E56B01" w:rsidRDefault="00762FD4">
      <w:pPr>
        <w:keepLines/>
        <w:rPr>
          <w:sz w:val="32"/>
          <w:szCs w:val="32"/>
        </w:rPr>
      </w:pPr>
      <w:r w:rsidRPr="00E56B01">
        <w:rPr>
          <w:b/>
          <w:color w:val="FFC526"/>
          <w:sz w:val="32"/>
          <w:szCs w:val="32"/>
        </w:rPr>
        <w:t xml:space="preserve">12. PAUSE / VIEW </w:t>
      </w:r>
      <w:proofErr w:type="gramStart"/>
      <w:r w:rsidRPr="00E56B01">
        <w:rPr>
          <w:b/>
          <w:color w:val="FFC526"/>
          <w:sz w:val="32"/>
          <w:szCs w:val="32"/>
        </w:rPr>
        <w:t xml:space="preserve">MATCHES  </w:t>
      </w:r>
      <w:r w:rsidRPr="00E56B01">
        <w:rPr>
          <w:sz w:val="32"/>
          <w:szCs w:val="32"/>
        </w:rPr>
        <w:t>Pause</w:t>
      </w:r>
      <w:proofErr w:type="gramEnd"/>
      <w:r w:rsidRPr="00E56B01">
        <w:rPr>
          <w:sz w:val="32"/>
          <w:szCs w:val="32"/>
        </w:rPr>
        <w:t xml:space="preserve"> new history requests and open results so far. In-flight requests may finish. CONTINUE SCAN resumes the same queue without intentionally repeating completed checks.</w:t>
      </w:r>
      <w:r w:rsidR="00000000">
        <w:rPr>
          <w:sz w:val="24"/>
          <w:szCs w:val="24"/>
        </w:rPr>
        <w:pict w14:anchorId="3FF55A14">
          <v:rect id="Web2BlackFlow35" o:spid="_x0000_s2073" style="position:absolute;margin-left:0;margin-top:0;width:612pt;height:11in;z-index:-251630592;mso-position-horizontal-relative:page;mso-position-vertical-relative:page" fillcolor="black" stroked="f">
            <w10:wrap anchorx="page" anchory="page"/>
          </v:rect>
        </w:pict>
      </w:r>
    </w:p>
    <w:p w14:paraId="52AAF95F" w14:textId="77777777" w:rsidR="00D70979" w:rsidRPr="00E56B01" w:rsidRDefault="00762FD4">
      <w:pPr>
        <w:keepLines/>
        <w:rPr>
          <w:sz w:val="32"/>
          <w:szCs w:val="32"/>
        </w:rPr>
      </w:pPr>
      <w:r w:rsidRPr="00E56B01">
        <w:rPr>
          <w:b/>
          <w:color w:val="FFC526"/>
          <w:sz w:val="32"/>
          <w:szCs w:val="32"/>
        </w:rPr>
        <w:t xml:space="preserve">13. CANCEL </w:t>
      </w:r>
      <w:proofErr w:type="gramStart"/>
      <w:r w:rsidRPr="00E56B01">
        <w:rPr>
          <w:b/>
          <w:color w:val="FFC526"/>
          <w:sz w:val="32"/>
          <w:szCs w:val="32"/>
        </w:rPr>
        <w:t xml:space="preserve">SCAN  </w:t>
      </w:r>
      <w:r w:rsidRPr="00E56B01">
        <w:rPr>
          <w:sz w:val="32"/>
          <w:szCs w:val="32"/>
        </w:rPr>
        <w:t>End</w:t>
      </w:r>
      <w:proofErr w:type="gramEnd"/>
      <w:r w:rsidRPr="00E56B01">
        <w:rPr>
          <w:sz w:val="32"/>
          <w:szCs w:val="32"/>
        </w:rPr>
        <w:t xml:space="preserve"> the run and keep completed matches. Use Pause instead if you want to continue the same search later.</w:t>
      </w:r>
      <w:r w:rsidR="00000000">
        <w:rPr>
          <w:sz w:val="24"/>
          <w:szCs w:val="24"/>
        </w:rPr>
        <w:pict w14:anchorId="428D8BC7">
          <v:rect id="Web2BlackFlow36" o:spid="_x0000_s2072" style="position:absolute;margin-left:0;margin-top:0;width:612pt;height:11in;z-index:-251629568;mso-position-horizontal-relative:page;mso-position-vertical-relative:page" fillcolor="black" stroked="f">
            <w10:wrap anchorx="page" anchory="page"/>
          </v:rect>
        </w:pict>
      </w:r>
    </w:p>
    <w:p w14:paraId="042D9B9D" w14:textId="77777777" w:rsidR="00D70979" w:rsidRPr="00E56B01" w:rsidRDefault="00762FD4">
      <w:pPr>
        <w:keepLines/>
        <w:rPr>
          <w:sz w:val="32"/>
          <w:szCs w:val="32"/>
        </w:rPr>
      </w:pPr>
      <w:r w:rsidRPr="00E56B01">
        <w:rPr>
          <w:b/>
          <w:color w:val="FFC526"/>
          <w:sz w:val="32"/>
          <w:szCs w:val="32"/>
        </w:rPr>
        <w:t xml:space="preserve">14. RESULTS </w:t>
      </w:r>
      <w:proofErr w:type="gramStart"/>
      <w:r w:rsidRPr="00E56B01">
        <w:rPr>
          <w:b/>
          <w:color w:val="FFC526"/>
          <w:sz w:val="32"/>
          <w:szCs w:val="32"/>
        </w:rPr>
        <w:t xml:space="preserve">LIST  </w:t>
      </w:r>
      <w:r w:rsidRPr="00E56B01">
        <w:rPr>
          <w:sz w:val="32"/>
          <w:szCs w:val="32"/>
        </w:rPr>
        <w:t>Open</w:t>
      </w:r>
      <w:proofErr w:type="gramEnd"/>
      <w:r w:rsidRPr="00E56B01">
        <w:rPr>
          <w:sz w:val="32"/>
          <w:szCs w:val="32"/>
        </w:rPr>
        <w:t xml:space="preserve"> the retained candidates. The number in parentheses is the number of matches found so far.</w:t>
      </w:r>
      <w:r w:rsidR="00000000">
        <w:rPr>
          <w:sz w:val="24"/>
          <w:szCs w:val="24"/>
        </w:rPr>
        <w:pict w14:anchorId="4B383B51">
          <v:rect id="Web2BlackFlow37" o:spid="_x0000_s2071" style="position:absolute;margin-left:0;margin-top:0;width:612pt;height:11in;z-index:-251628544;mso-position-horizontal-relative:page;mso-position-vertical-relative:page" fillcolor="black" stroked="f">
            <w10:wrap anchorx="page" anchory="page"/>
          </v:rect>
        </w:pict>
      </w:r>
    </w:p>
    <w:p w14:paraId="64B7914D" w14:textId="77777777" w:rsidR="00D70979" w:rsidRPr="00E56B01" w:rsidRDefault="00762FD4">
      <w:pPr>
        <w:keepLines/>
        <w:rPr>
          <w:sz w:val="32"/>
          <w:szCs w:val="32"/>
        </w:rPr>
      </w:pPr>
      <w:r w:rsidRPr="00E56B01">
        <w:rPr>
          <w:b/>
          <w:color w:val="FFC526"/>
          <w:sz w:val="32"/>
          <w:szCs w:val="32"/>
        </w:rPr>
        <w:t xml:space="preserve">15. Progress and failed </w:t>
      </w:r>
      <w:proofErr w:type="gramStart"/>
      <w:r w:rsidRPr="00E56B01">
        <w:rPr>
          <w:b/>
          <w:color w:val="FFC526"/>
          <w:sz w:val="32"/>
          <w:szCs w:val="32"/>
        </w:rPr>
        <w:t xml:space="preserve">checks  </w:t>
      </w:r>
      <w:r w:rsidRPr="00E56B01">
        <w:rPr>
          <w:sz w:val="32"/>
          <w:szCs w:val="32"/>
        </w:rPr>
        <w:t>Read</w:t>
      </w:r>
      <w:proofErr w:type="gramEnd"/>
      <w:r w:rsidRPr="00E56B01">
        <w:rPr>
          <w:sz w:val="32"/>
          <w:szCs w:val="32"/>
        </w:rPr>
        <w:t xml:space="preserve"> the evaluated count, matches and source. Expand unavailable / failed checks to see individual errors. A broker authentication failure stops the scan; reconnect before retrying.</w:t>
      </w:r>
      <w:r w:rsidR="00000000">
        <w:rPr>
          <w:sz w:val="24"/>
          <w:szCs w:val="24"/>
        </w:rPr>
        <w:pict w14:anchorId="47486D17">
          <v:rect id="Web2BlackFlow38" o:spid="_x0000_s2070" style="position:absolute;margin-left:0;margin-top:0;width:612pt;height:11in;z-index:-251627520;mso-position-horizontal-relative:page;mso-position-vertical-relative:page" fillcolor="black" stroked="f">
            <w10:wrap anchorx="page" anchory="page"/>
          </v:rect>
        </w:pict>
      </w:r>
    </w:p>
    <w:p w14:paraId="714E2ACF" w14:textId="77777777" w:rsidR="00D70979" w:rsidRPr="00E56B01" w:rsidRDefault="00762FD4">
      <w:pPr>
        <w:keepLines/>
        <w:rPr>
          <w:sz w:val="32"/>
          <w:szCs w:val="32"/>
        </w:rPr>
      </w:pPr>
      <w:r w:rsidRPr="00E56B01">
        <w:rPr>
          <w:b/>
          <w:color w:val="FFC526"/>
          <w:sz w:val="32"/>
          <w:szCs w:val="32"/>
        </w:rPr>
        <w:t xml:space="preserve">16. </w:t>
      </w:r>
      <w:proofErr w:type="gramStart"/>
      <w:r w:rsidRPr="00E56B01">
        <w:rPr>
          <w:b/>
          <w:color w:val="FFC526"/>
          <w:sz w:val="32"/>
          <w:szCs w:val="32"/>
        </w:rPr>
        <w:t xml:space="preserve">GUIDE  </w:t>
      </w:r>
      <w:r w:rsidRPr="00E56B01">
        <w:rPr>
          <w:sz w:val="32"/>
          <w:szCs w:val="32"/>
        </w:rPr>
        <w:t>Download</w:t>
      </w:r>
      <w:proofErr w:type="gramEnd"/>
      <w:r w:rsidRPr="00E56B01">
        <w:rPr>
          <w:sz w:val="32"/>
          <w:szCs w:val="32"/>
        </w:rPr>
        <w:t xml:space="preserve"> the guide available from the Web2 screen.</w:t>
      </w:r>
      <w:r w:rsidR="00000000">
        <w:rPr>
          <w:sz w:val="24"/>
          <w:szCs w:val="24"/>
        </w:rPr>
        <w:pict w14:anchorId="408DDCF4">
          <v:rect id="Web2BlackFlow39" o:spid="_x0000_s2069" style="position:absolute;margin-left:0;margin-top:0;width:612pt;height:11in;z-index:-251626496;mso-position-horizontal-relative:page;mso-position-vertical-relative:page" fillcolor="black" stroked="f">
            <w10:wrap anchorx="page" anchory="page"/>
          </v:rect>
        </w:pict>
      </w:r>
    </w:p>
    <w:p w14:paraId="5ECD405B" w14:textId="77777777" w:rsidR="00D70979" w:rsidRPr="00E56B01" w:rsidRDefault="00762FD4">
      <w:pPr>
        <w:keepLines/>
        <w:rPr>
          <w:sz w:val="32"/>
          <w:szCs w:val="32"/>
        </w:rPr>
      </w:pPr>
      <w:r w:rsidRPr="00E56B01">
        <w:rPr>
          <w:b/>
          <w:color w:val="FFC526"/>
          <w:sz w:val="32"/>
          <w:szCs w:val="32"/>
        </w:rPr>
        <w:t xml:space="preserve">17. </w:t>
      </w:r>
      <w:proofErr w:type="gramStart"/>
      <w:r w:rsidRPr="00E56B01">
        <w:rPr>
          <w:b/>
          <w:color w:val="FFC526"/>
          <w:sz w:val="32"/>
          <w:szCs w:val="32"/>
        </w:rPr>
        <w:t xml:space="preserve">CLOSE  </w:t>
      </w:r>
      <w:r w:rsidRPr="00E56B01">
        <w:rPr>
          <w:sz w:val="32"/>
          <w:szCs w:val="32"/>
        </w:rPr>
        <w:t>Hide</w:t>
      </w:r>
      <w:proofErr w:type="gramEnd"/>
      <w:r w:rsidRPr="00E56B01">
        <w:rPr>
          <w:sz w:val="32"/>
          <w:szCs w:val="32"/>
        </w:rPr>
        <w:t xml:space="preserve"> the scanner. An active scan continues while the tab remains open. Use CANCEL SCAN to stop it.</w:t>
      </w:r>
      <w:r w:rsidR="00000000">
        <w:rPr>
          <w:sz w:val="24"/>
          <w:szCs w:val="24"/>
        </w:rPr>
        <w:pict w14:anchorId="1D624F10">
          <v:rect id="Web2BlackFlow40" o:spid="_x0000_s2068" style="position:absolute;margin-left:0;margin-top:0;width:612pt;height:11in;z-index:-251625472;mso-position-horizontal-relative:page;mso-position-vertical-relative:page" fillcolor="black" stroked="f">
            <w10:wrap anchorx="page" anchory="page"/>
          </v:rect>
        </w:pict>
      </w:r>
    </w:p>
    <w:p w14:paraId="032AD853" w14:textId="77777777" w:rsidR="00D70979" w:rsidRPr="00E56B01" w:rsidRDefault="00762FD4">
      <w:pPr>
        <w:pStyle w:val="Heading2"/>
        <w:rPr>
          <w:sz w:val="40"/>
          <w:szCs w:val="36"/>
        </w:rPr>
      </w:pPr>
      <w:r w:rsidRPr="00E56B01">
        <w:rPr>
          <w:sz w:val="40"/>
          <w:szCs w:val="36"/>
        </w:rPr>
        <w:t>Select charts from the results</w:t>
      </w:r>
      <w:r w:rsidR="00000000">
        <w:rPr>
          <w:sz w:val="32"/>
          <w:szCs w:val="28"/>
        </w:rPr>
        <w:pict w14:anchorId="5F7FEB28">
          <v:rect id="Web2BlackFlow41" o:spid="_x0000_s2067" style="position:absolute;margin-left:0;margin-top:0;width:612pt;height:11in;z-index:-251624448;mso-position-horizontal-relative:page;mso-position-vertical-relative:page" fillcolor="black" stroked="f">
            <w10:wrap anchorx="page" anchory="page"/>
          </v:rect>
        </w:pict>
      </w:r>
    </w:p>
    <w:p w14:paraId="1DB9A5E5" w14:textId="77777777" w:rsidR="00D70979" w:rsidRPr="00E56B01" w:rsidRDefault="00762FD4">
      <w:pPr>
        <w:keepLines/>
        <w:rPr>
          <w:sz w:val="32"/>
          <w:szCs w:val="32"/>
        </w:rPr>
      </w:pPr>
      <w:r w:rsidRPr="00E56B01">
        <w:rPr>
          <w:b/>
          <w:color w:val="FFC526"/>
          <w:sz w:val="32"/>
          <w:szCs w:val="32"/>
        </w:rPr>
        <w:t xml:space="preserve">1. Sort and </w:t>
      </w:r>
      <w:proofErr w:type="gramStart"/>
      <w:r w:rsidRPr="00E56B01">
        <w:rPr>
          <w:b/>
          <w:color w:val="FFC526"/>
          <w:sz w:val="32"/>
          <w:szCs w:val="32"/>
        </w:rPr>
        <w:t xml:space="preserve">select  </w:t>
      </w:r>
      <w:r w:rsidRPr="00E56B01">
        <w:rPr>
          <w:sz w:val="32"/>
          <w:szCs w:val="32"/>
        </w:rPr>
        <w:t>Click</w:t>
      </w:r>
      <w:proofErr w:type="gramEnd"/>
      <w:r w:rsidRPr="00E56B01">
        <w:rPr>
          <w:sz w:val="32"/>
          <w:szCs w:val="32"/>
        </w:rPr>
        <w:t xml:space="preserve"> any column heading to sort; click again to reverse. Click a stock row to select it. Selecting a row alone does not load a chart.</w:t>
      </w:r>
      <w:r w:rsidR="00000000">
        <w:rPr>
          <w:sz w:val="24"/>
          <w:szCs w:val="24"/>
        </w:rPr>
        <w:pict w14:anchorId="496D4F46">
          <v:rect id="Web2BlackFlow42" o:spid="_x0000_s2066" style="position:absolute;margin-left:0;margin-top:0;width:612pt;height:11in;z-index:-251623424;mso-position-horizontal-relative:page;mso-position-vertical-relative:page" fillcolor="black" stroked="f">
            <w10:wrap anchorx="page" anchory="page"/>
          </v:rect>
        </w:pict>
      </w:r>
    </w:p>
    <w:p w14:paraId="761E0F71" w14:textId="77777777" w:rsidR="00D70979" w:rsidRPr="00E56B01" w:rsidRDefault="00762FD4">
      <w:pPr>
        <w:keepLines/>
        <w:rPr>
          <w:sz w:val="32"/>
          <w:szCs w:val="32"/>
        </w:rPr>
      </w:pPr>
      <w:r w:rsidRPr="00E56B01">
        <w:rPr>
          <w:b/>
          <w:color w:val="FFC526"/>
          <w:sz w:val="32"/>
          <w:szCs w:val="32"/>
        </w:rPr>
        <w:t xml:space="preserve">2. Click LOAD </w:t>
      </w:r>
      <w:proofErr w:type="gramStart"/>
      <w:r w:rsidRPr="00E56B01">
        <w:rPr>
          <w:b/>
          <w:color w:val="FFC526"/>
          <w:sz w:val="32"/>
          <w:szCs w:val="32"/>
        </w:rPr>
        <w:t xml:space="preserve">CHART  </w:t>
      </w:r>
      <w:r w:rsidRPr="00E56B01">
        <w:rPr>
          <w:sz w:val="32"/>
          <w:szCs w:val="32"/>
        </w:rPr>
        <w:t>Open</w:t>
      </w:r>
      <w:proofErr w:type="gramEnd"/>
      <w:r w:rsidRPr="00E56B01">
        <w:rPr>
          <w:sz w:val="32"/>
          <w:szCs w:val="32"/>
        </w:rPr>
        <w:t xml:space="preserve"> only the selected stock. The button is disabled until a row is selected.</w:t>
      </w:r>
      <w:r w:rsidR="00000000">
        <w:rPr>
          <w:sz w:val="24"/>
          <w:szCs w:val="24"/>
        </w:rPr>
        <w:pict w14:anchorId="0186FFEF">
          <v:rect id="Web2BlackFlow43" o:spid="_x0000_s2065" style="position:absolute;margin-left:0;margin-top:0;width:612pt;height:11in;z-index:-251622400;mso-position-horizontal-relative:page;mso-position-vertical-relative:page" fillcolor="black" stroked="f">
            <w10:wrap anchorx="page" anchory="page"/>
          </v:rect>
        </w:pict>
      </w:r>
    </w:p>
    <w:p w14:paraId="7A435D4E" w14:textId="77777777" w:rsidR="00D70979" w:rsidRPr="00E56B01" w:rsidRDefault="00762FD4">
      <w:pPr>
        <w:keepLines/>
        <w:rPr>
          <w:sz w:val="32"/>
          <w:szCs w:val="32"/>
        </w:rPr>
      </w:pPr>
      <w:r w:rsidRPr="00E56B01">
        <w:rPr>
          <w:b/>
          <w:color w:val="FFC526"/>
          <w:sz w:val="32"/>
          <w:szCs w:val="32"/>
        </w:rPr>
        <w:t xml:space="preserve">3. Load another </w:t>
      </w:r>
      <w:proofErr w:type="gramStart"/>
      <w:r w:rsidRPr="00E56B01">
        <w:rPr>
          <w:b/>
          <w:color w:val="FFC526"/>
          <w:sz w:val="32"/>
          <w:szCs w:val="32"/>
        </w:rPr>
        <w:t xml:space="preserve">choice  </w:t>
      </w:r>
      <w:r w:rsidRPr="00E56B01">
        <w:rPr>
          <w:sz w:val="32"/>
          <w:szCs w:val="32"/>
        </w:rPr>
        <w:t>Click</w:t>
      </w:r>
      <w:proofErr w:type="gramEnd"/>
      <w:r w:rsidRPr="00E56B01">
        <w:rPr>
          <w:sz w:val="32"/>
          <w:szCs w:val="32"/>
        </w:rPr>
        <w:t xml:space="preserve"> RESULTS LIST on the chart. Your list and sorting remain. Select another row and click LOAD CHART. The small arrow controls cycle through explicitly loaded MACDX charts only.</w:t>
      </w:r>
      <w:r w:rsidR="00000000">
        <w:rPr>
          <w:sz w:val="24"/>
          <w:szCs w:val="24"/>
        </w:rPr>
        <w:pict w14:anchorId="33151C96">
          <v:rect id="Web2BlackFlow44" o:spid="_x0000_s2064" style="position:absolute;margin-left:0;margin-top:0;width:612pt;height:11in;z-index:-251621376;mso-position-horizontal-relative:page;mso-position-vertical-relative:page" fillcolor="black" stroked="f">
            <w10:wrap anchorx="page" anchory="page"/>
          </v:rect>
        </w:pict>
      </w:r>
    </w:p>
    <w:p w14:paraId="0C8A60BC" w14:textId="77777777" w:rsidR="00A74669" w:rsidRDefault="00762FD4">
      <w:pPr>
        <w:keepLines/>
      </w:pPr>
      <w:r w:rsidRPr="00E56B01">
        <w:rPr>
          <w:b/>
          <w:color w:val="FFC526"/>
          <w:sz w:val="32"/>
          <w:szCs w:val="32"/>
        </w:rPr>
        <w:t xml:space="preserve">4. Return to the </w:t>
      </w:r>
      <w:proofErr w:type="gramStart"/>
      <w:r w:rsidRPr="00E56B01">
        <w:rPr>
          <w:b/>
          <w:color w:val="FFC526"/>
          <w:sz w:val="32"/>
          <w:szCs w:val="32"/>
        </w:rPr>
        <w:t xml:space="preserve">scanner  </w:t>
      </w:r>
      <w:r w:rsidRPr="00E56B01">
        <w:rPr>
          <w:sz w:val="32"/>
          <w:szCs w:val="32"/>
        </w:rPr>
        <w:t>RETURN</w:t>
      </w:r>
      <w:proofErr w:type="gramEnd"/>
      <w:r w:rsidRPr="00E56B01">
        <w:rPr>
          <w:sz w:val="32"/>
          <w:szCs w:val="32"/>
        </w:rPr>
        <w:t xml:space="preserve"> TO SCAN, immediately after SELL on the chart, reopens the filters. Use CONTINUE SCAN if paused; use START FILTERED SCAN for a new search.</w:t>
      </w:r>
      <w:r w:rsidR="00A74669" w:rsidRPr="00A74669">
        <w:t xml:space="preserve"> </w:t>
      </w:r>
    </w:p>
    <w:p w14:paraId="2D1FBF78" w14:textId="77777777" w:rsidR="00A74669" w:rsidRDefault="00A74669">
      <w:pPr>
        <w:keepLines/>
      </w:pPr>
    </w:p>
    <w:p w14:paraId="055F71E6" w14:textId="5AD5F091" w:rsidR="00D70979" w:rsidRPr="00A74669" w:rsidRDefault="00A74669" w:rsidP="00A74669">
      <w:pPr>
        <w:keepLines/>
        <w:jc w:val="center"/>
        <w:rPr>
          <w:color w:val="FFFF00"/>
          <w:sz w:val="32"/>
          <w:szCs w:val="32"/>
        </w:rPr>
      </w:pPr>
      <w:r w:rsidRPr="00A74669">
        <w:rPr>
          <w:color w:val="FFFF00"/>
          <w:sz w:val="32"/>
          <w:szCs w:val="32"/>
        </w:rPr>
        <w:t xml:space="preserve">Page </w:t>
      </w:r>
      <w:r w:rsidR="00AC79E7">
        <w:rPr>
          <w:color w:val="FFFF00"/>
          <w:sz w:val="32"/>
          <w:szCs w:val="32"/>
        </w:rPr>
        <w:t>6</w:t>
      </w:r>
      <w:r w:rsidRPr="00A74669">
        <w:rPr>
          <w:color w:val="FFFF00"/>
          <w:sz w:val="32"/>
          <w:szCs w:val="32"/>
        </w:rPr>
        <w:t xml:space="preserve"> of </w:t>
      </w:r>
      <w:r w:rsidR="00000000">
        <w:rPr>
          <w:color w:val="FFFF00"/>
          <w:sz w:val="24"/>
          <w:szCs w:val="24"/>
        </w:rPr>
        <w:pict w14:anchorId="4BF67924">
          <v:rect id="Web2BlackFlow45" o:spid="_x0000_s2063" style="position:absolute;left:0;text-align:left;margin-left:0;margin-top:0;width:612pt;height:11in;z-index:-251620352;mso-position-horizontal-relative:page;mso-position-vertical-relative:page" fillcolor="black" stroked="f">
            <w10:wrap anchorx="page" anchory="page"/>
          </v:rect>
        </w:pict>
      </w:r>
      <w:r w:rsidR="00E52084">
        <w:rPr>
          <w:color w:val="FFFF00"/>
          <w:sz w:val="32"/>
          <w:szCs w:val="32"/>
        </w:rPr>
        <w:t>8</w:t>
      </w:r>
    </w:p>
    <w:p w14:paraId="39A14212" w14:textId="22ACAE70" w:rsidR="00D70979" w:rsidRPr="00E56B01" w:rsidRDefault="00762FD4">
      <w:pPr>
        <w:pStyle w:val="Heading1"/>
        <w:pageBreakBefore/>
        <w:rPr>
          <w:sz w:val="52"/>
          <w:szCs w:val="40"/>
        </w:rPr>
      </w:pPr>
      <w:r w:rsidRPr="00E56B01">
        <w:rPr>
          <w:sz w:val="52"/>
          <w:szCs w:val="40"/>
        </w:rPr>
        <w:lastRenderedPageBreak/>
        <w:t>Read the evidence and place a trade</w:t>
      </w:r>
      <w:r w:rsidR="00000000">
        <w:rPr>
          <w:sz w:val="44"/>
          <w:szCs w:val="32"/>
        </w:rPr>
        <w:pict w14:anchorId="49922678">
          <v:rect id="Web2BlackFlow46" o:spid="_x0000_s2062" style="position:absolute;margin-left:0;margin-top:0;width:612pt;height:11in;z-index:-251619328;mso-position-horizontal-relative:page;mso-position-vertical-relative:page" fillcolor="black" stroked="f">
            <w10:wrap anchorx="page" anchory="page"/>
          </v:rect>
        </w:pict>
      </w:r>
    </w:p>
    <w:p w14:paraId="7A708B3F" w14:textId="77777777" w:rsidR="00D70979" w:rsidRPr="00E56B01" w:rsidRDefault="00762FD4">
      <w:pPr>
        <w:pStyle w:val="Heading2"/>
        <w:rPr>
          <w:sz w:val="40"/>
          <w:szCs w:val="36"/>
        </w:rPr>
      </w:pPr>
      <w:r w:rsidRPr="00E56B01">
        <w:rPr>
          <w:sz w:val="40"/>
          <w:szCs w:val="36"/>
        </w:rPr>
        <w:t>Understand the results columns</w:t>
      </w:r>
      <w:r w:rsidR="00000000">
        <w:rPr>
          <w:sz w:val="32"/>
          <w:szCs w:val="28"/>
        </w:rPr>
        <w:pict w14:anchorId="06DA9739">
          <v:rect id="Web2BlackFlow47" o:spid="_x0000_s2061" style="position:absolute;margin-left:0;margin-top:0;width:612pt;height:11in;z-index:-251618304;mso-position-horizontal-relative:page;mso-position-vertical-relative:page" fillcolor="black" stroked="f">
            <w10:wrap anchorx="page" anchory="page"/>
          </v:rect>
        </w:pict>
      </w:r>
    </w:p>
    <w:p w14:paraId="4A9AE081" w14:textId="77777777" w:rsidR="00D70979" w:rsidRPr="00E56B01" w:rsidRDefault="00762FD4">
      <w:pPr>
        <w:keepLines/>
        <w:rPr>
          <w:sz w:val="32"/>
          <w:szCs w:val="32"/>
        </w:rPr>
      </w:pPr>
      <w:r w:rsidRPr="00E56B01">
        <w:rPr>
          <w:sz w:val="32"/>
          <w:szCs w:val="32"/>
        </w:rPr>
        <w:t>STOCK identifies the candidate. CROSS DATE is the daily signal date. BUY SCORE / 100 compares conservative historical evidence, with higher scores first by default. It is not the percentage chance your next buy will profit.</w:t>
      </w:r>
      <w:r w:rsidR="00000000">
        <w:rPr>
          <w:sz w:val="24"/>
          <w:szCs w:val="24"/>
        </w:rPr>
        <w:pict w14:anchorId="0AE82014">
          <v:rect id="Web2BlackFlow48" o:spid="_x0000_s2060" style="position:absolute;margin-left:0;margin-top:0;width:612pt;height:11in;z-index:-251617280;mso-position-horizontal-relative:page;mso-position-vertical-relative:page" fillcolor="black" stroked="f">
            <w10:wrap anchorx="page" anchory="page"/>
          </v:rect>
        </w:pict>
      </w:r>
    </w:p>
    <w:p w14:paraId="32A38F01" w14:textId="77777777" w:rsidR="00D70979" w:rsidRPr="00E56B01" w:rsidRDefault="00762FD4">
      <w:pPr>
        <w:keepLines/>
        <w:rPr>
          <w:sz w:val="32"/>
          <w:szCs w:val="32"/>
        </w:rPr>
      </w:pPr>
      <w:r w:rsidRPr="00E56B01">
        <w:rPr>
          <w:sz w:val="32"/>
          <w:szCs w:val="32"/>
        </w:rPr>
        <w:t>CHARM WIN % is the share of resolved later-period test trades that made a net profit. TRADES is that sample size. MEDIAN NET % is the conservative middle trade return after assumed costs. A win-rate range means the two tested intraday paths differed. N/A means no usable estimate, not a zero chance of profit.</w:t>
      </w:r>
      <w:r w:rsidR="00000000">
        <w:rPr>
          <w:sz w:val="24"/>
          <w:szCs w:val="24"/>
        </w:rPr>
        <w:pict w14:anchorId="062365DA">
          <v:rect id="Web2BlackFlow49" o:spid="_x0000_s2059" style="position:absolute;margin-left:0;margin-top:0;width:612pt;height:11in;z-index:-251616256;mso-position-horizontal-relative:page;mso-position-vertical-relative:page" fillcolor="black" stroked="f">
            <w10:wrap anchorx="page" anchory="page"/>
          </v:rect>
        </w:pict>
      </w:r>
    </w:p>
    <w:p w14:paraId="47B1E08C" w14:textId="77777777" w:rsidR="00D70979" w:rsidRPr="00E56B01" w:rsidRDefault="00762FD4">
      <w:pPr>
        <w:keepLines/>
        <w:rPr>
          <w:sz w:val="32"/>
          <w:szCs w:val="32"/>
        </w:rPr>
      </w:pPr>
      <w:r w:rsidRPr="00E56B01">
        <w:rPr>
          <w:sz w:val="32"/>
          <w:szCs w:val="32"/>
        </w:rPr>
        <w:t xml:space="preserve">The buy score uses the 95% Wilson lower bound of conservative wins, counts unresolved outcomes as </w:t>
      </w:r>
      <w:proofErr w:type="spellStart"/>
      <w:r w:rsidRPr="00E56B01">
        <w:rPr>
          <w:sz w:val="32"/>
          <w:szCs w:val="32"/>
        </w:rPr>
        <w:t>nonwins</w:t>
      </w:r>
      <w:proofErr w:type="spellEnd"/>
      <w:r w:rsidRPr="00E56B01">
        <w:rPr>
          <w:sz w:val="32"/>
          <w:szCs w:val="32"/>
        </w:rPr>
        <w:t>, and penalizes small samples. Nonpositive median return scores zero. Missing data or a large price-jump review flag gives N/A. For example, 100% from two trades means only that both past test trades won.</w:t>
      </w:r>
      <w:r w:rsidR="00000000">
        <w:rPr>
          <w:sz w:val="24"/>
          <w:szCs w:val="24"/>
        </w:rPr>
        <w:pict w14:anchorId="170713B8">
          <v:rect id="Web2BlackFlow50" o:spid="_x0000_s2058" style="position:absolute;margin-left:0;margin-top:0;width:612pt;height:11in;z-index:-251615232;mso-position-horizontal-relative:page;mso-position-vertical-relative:page" fillcolor="black" stroked="f">
            <w10:wrap anchorx="page" anchory="page"/>
          </v:rect>
        </w:pict>
      </w:r>
    </w:p>
    <w:p w14:paraId="0E0023C5" w14:textId="77777777" w:rsidR="00D70979" w:rsidRPr="00E56B01" w:rsidRDefault="00762FD4">
      <w:pPr>
        <w:pStyle w:val="Heading2"/>
        <w:rPr>
          <w:sz w:val="40"/>
          <w:szCs w:val="36"/>
        </w:rPr>
      </w:pPr>
      <w:r w:rsidRPr="00E56B01">
        <w:rPr>
          <w:sz w:val="40"/>
          <w:szCs w:val="36"/>
        </w:rPr>
        <w:t>GET MORE EVIDENCE</w:t>
      </w:r>
      <w:r w:rsidR="00000000">
        <w:rPr>
          <w:sz w:val="32"/>
          <w:szCs w:val="28"/>
        </w:rPr>
        <w:pict w14:anchorId="058C442D">
          <v:rect id="Web2BlackFlow51" o:spid="_x0000_s2057" style="position:absolute;margin-left:0;margin-top:0;width:612pt;height:11in;z-index:-251614208;mso-position-horizontal-relative:page;mso-position-vertical-relative:page" fillcolor="black" stroked="f">
            <w10:wrap anchorx="page" anchory="page"/>
          </v:rect>
        </w:pict>
      </w:r>
    </w:p>
    <w:p w14:paraId="3668E5EE" w14:textId="77777777" w:rsidR="00D70979" w:rsidRPr="00E56B01" w:rsidRDefault="00762FD4">
      <w:pPr>
        <w:keepLines/>
        <w:rPr>
          <w:sz w:val="32"/>
          <w:szCs w:val="32"/>
        </w:rPr>
      </w:pPr>
      <w:r w:rsidRPr="00E56B01">
        <w:rPr>
          <w:sz w:val="32"/>
          <w:szCs w:val="32"/>
        </w:rPr>
        <w:t>For a chart loaded from MACDX, click GET MORE EVIDENCE. Review chart context, earlier and later test summaries, historical trade details, weaknesses and dated news. Recent highs and lows are reference levels, not price targets. News may be unavailable; earnings dates are not verified.</w:t>
      </w:r>
      <w:r w:rsidR="00000000">
        <w:rPr>
          <w:sz w:val="24"/>
          <w:szCs w:val="24"/>
        </w:rPr>
        <w:pict w14:anchorId="71202D04">
          <v:rect id="Web2BlackFlow52" o:spid="_x0000_s2056" style="position:absolute;margin-left:0;margin-top:0;width:612pt;height:11in;z-index:-251613184;mso-position-horizontal-relative:page;mso-position-vertical-relative:page" fillcolor="black" stroked="f">
            <w10:wrap anchorx="page" anchory="page"/>
          </v:rect>
        </w:pict>
      </w:r>
    </w:p>
    <w:p w14:paraId="4A45BAEC" w14:textId="55ACC74B" w:rsidR="00050EDD" w:rsidRDefault="00AC79E7" w:rsidP="00083292">
      <w:pPr>
        <w:keepLines/>
        <w:rPr>
          <w:sz w:val="32"/>
          <w:szCs w:val="32"/>
        </w:rPr>
      </w:pPr>
      <w:r>
        <w:rPr>
          <w:noProof/>
          <w:sz w:val="52"/>
          <w:szCs w:val="40"/>
        </w:rPr>
        <mc:AlternateContent>
          <mc:Choice Requires="wps">
            <w:drawing>
              <wp:anchor distT="0" distB="0" distL="114300" distR="114300" simplePos="0" relativeHeight="251689472" behindDoc="0" locked="0" layoutInCell="1" allowOverlap="1" wp14:anchorId="01BDA777" wp14:editId="65310474">
                <wp:simplePos x="0" y="0"/>
                <wp:positionH relativeFrom="page">
                  <wp:posOffset>2670048</wp:posOffset>
                </wp:positionH>
                <wp:positionV relativeFrom="page">
                  <wp:posOffset>9156192</wp:posOffset>
                </wp:positionV>
                <wp:extent cx="2438400" cy="328803"/>
                <wp:effectExtent l="0" t="0" r="0" b="14605"/>
                <wp:wrapNone/>
                <wp:docPr id="9" name="Text Box 9"/>
                <wp:cNvGraphicFramePr/>
                <a:graphic xmlns:a="http://schemas.openxmlformats.org/drawingml/2006/main">
                  <a:graphicData uri="http://schemas.microsoft.com/office/word/2010/wordprocessingShape">
                    <wps:wsp>
                      <wps:cNvSpPr txBox="1"/>
                      <wps:spPr>
                        <a:xfrm>
                          <a:off x="0" y="0"/>
                          <a:ext cx="2438400" cy="328803"/>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743B0F" w14:textId="3B2EB776" w:rsidR="00857D04" w:rsidRPr="00857D04" w:rsidRDefault="00857D04" w:rsidP="00857D04">
                            <w:pPr>
                              <w:spacing w:after="0"/>
                              <w:jc w:val="center"/>
                              <w:rPr>
                                <w:rFonts w:cs="Calibri"/>
                                <w:b/>
                                <w:color w:val="FFFF00"/>
                                <w:sz w:val="28"/>
                              </w:rPr>
                            </w:pPr>
                            <w:r w:rsidRPr="00857D04">
                              <w:rPr>
                                <w:rFonts w:cs="Calibri"/>
                                <w:b/>
                                <w:color w:val="FFFF00"/>
                                <w:sz w:val="28"/>
                              </w:rPr>
                              <w:t xml:space="preserve">Page </w:t>
                            </w:r>
                            <w:r w:rsidR="00AC79E7">
                              <w:rPr>
                                <w:rFonts w:cs="Calibri"/>
                                <w:b/>
                                <w:color w:val="FFFF00"/>
                                <w:sz w:val="28"/>
                              </w:rPr>
                              <w:t>7</w:t>
                            </w:r>
                            <w:r w:rsidRPr="00857D04">
                              <w:rPr>
                                <w:rFonts w:cs="Calibri"/>
                                <w:b/>
                                <w:color w:val="FFFF00"/>
                                <w:sz w:val="28"/>
                              </w:rPr>
                              <w:t xml:space="preserve"> </w:t>
                            </w:r>
                            <w:proofErr w:type="gramStart"/>
                            <w:r w:rsidRPr="00857D04">
                              <w:rPr>
                                <w:rFonts w:cs="Calibri"/>
                                <w:b/>
                                <w:color w:val="FFFF00"/>
                                <w:sz w:val="28"/>
                              </w:rPr>
                              <w:t xml:space="preserve">of </w:t>
                            </w:r>
                            <w:r w:rsidR="00E52084">
                              <w:rPr>
                                <w:rFonts w:cs="Calibri"/>
                                <w:b/>
                                <w:color w:val="FFFF00"/>
                                <w:sz w:val="28"/>
                              </w:rPr>
                              <w:t xml:space="preserve"> 8</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BDA777" id="Text Box 9" o:spid="_x0000_s1048" type="#_x0000_t202" style="position:absolute;margin-left:210.25pt;margin-top:720.95pt;width:192pt;height:25.9pt;z-index:25168947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" filled="f" stroked="f" strokeweight=".5pt">
                <v:textbox inset="0,0,0,0">
                  <w:txbxContent>
                    <w:p w14:paraId="1F743B0F" w14:textId="3B2EB776" w:rsidR="00857D04" w:rsidRPr="00857D04" w:rsidRDefault="00857D04" w:rsidP="00857D04">
                      <w:pPr>
                        <w:spacing w:after="0"/>
                        <w:jc w:val="center"/>
                        <w:rPr>
                          <w:rFonts w:cs="Calibri"/>
                          <w:b/>
                          <w:color w:val="FFFF00"/>
                          <w:sz w:val="28"/>
                        </w:rPr>
                      </w:pPr>
                      <w:r w:rsidRPr="00857D04">
                        <w:rPr>
                          <w:rFonts w:cs="Calibri"/>
                          <w:b/>
                          <w:color w:val="FFFF00"/>
                          <w:sz w:val="28"/>
                        </w:rPr>
                        <w:t xml:space="preserve">Page </w:t>
                      </w:r>
                      <w:r w:rsidR="00AC79E7">
                        <w:rPr>
                          <w:rFonts w:cs="Calibri"/>
                          <w:b/>
                          <w:color w:val="FFFF00"/>
                          <w:sz w:val="28"/>
                        </w:rPr>
                        <w:t>7</w:t>
                      </w:r>
                      <w:r w:rsidRPr="00857D04">
                        <w:rPr>
                          <w:rFonts w:cs="Calibri"/>
                          <w:b/>
                          <w:color w:val="FFFF00"/>
                          <w:sz w:val="28"/>
                        </w:rPr>
                        <w:t xml:space="preserve"> </w:t>
                      </w:r>
                      <w:proofErr w:type="gramStart"/>
                      <w:r w:rsidRPr="00857D04">
                        <w:rPr>
                          <w:rFonts w:cs="Calibri"/>
                          <w:b/>
                          <w:color w:val="FFFF00"/>
                          <w:sz w:val="28"/>
                        </w:rPr>
                        <w:t xml:space="preserve">of </w:t>
                      </w:r>
                      <w:r w:rsidR="00E52084">
                        <w:rPr>
                          <w:rFonts w:cs="Calibri"/>
                          <w:b/>
                          <w:color w:val="FFFF00"/>
                          <w:sz w:val="28"/>
                        </w:rPr>
                        <w:t xml:space="preserve"> 8</w:t>
                      </w:r>
                      <w:proofErr w:type="gramEnd"/>
                    </w:p>
                  </w:txbxContent>
                </v:textbox>
                <w10:wrap anchorx="page" anchory="page"/>
              </v:shape>
            </w:pict>
          </mc:Fallback>
        </mc:AlternateContent>
      </w:r>
      <w:r w:rsidR="00762FD4" w:rsidRPr="00E56B01">
        <w:rPr>
          <w:sz w:val="32"/>
          <w:szCs w:val="32"/>
        </w:rPr>
        <w:t>Tests use next-open entries, ATR-based CHARM rules fixed at entry, assumed 0.1% cost per side, two daily intraday paths, a 60-session limit and no overlapping entries. History is split 70% earlier and 30% later. Daily tests cannot reproduce every live price move.</w:t>
      </w:r>
      <w:r w:rsidR="00000000">
        <w:rPr>
          <w:sz w:val="24"/>
          <w:szCs w:val="24"/>
        </w:rPr>
        <w:pict w14:anchorId="59ACF75C">
          <v:rect id="Web2BlackFlow58" o:spid="_x0000_s2050" style="position:absolute;margin-left:119.05pt;margin-top:15.35pt;width:612pt;height:11in;z-index:-251610112;mso-position-horizontal-relative:page;mso-position-vertical-relative:page" fillcolor="black" stroked="f">
            <w10:wrap anchorx="page" anchory="page"/>
          </v:rect>
        </w:pict>
      </w:r>
      <w:r w:rsidR="00050EDD">
        <w:rPr>
          <w:sz w:val="32"/>
          <w:szCs w:val="32"/>
        </w:rPr>
        <w:t xml:space="preserve"> </w:t>
      </w:r>
    </w:p>
    <w:p w14:paraId="347D429A" w14:textId="00ACDDC3" w:rsidR="00050EDD" w:rsidRDefault="00762FD4" w:rsidP="00083292">
      <w:pPr>
        <w:keepLines/>
        <w:rPr>
          <w:sz w:val="32"/>
          <w:szCs w:val="32"/>
        </w:rPr>
      </w:pPr>
      <w:r w:rsidRPr="00E56B01">
        <w:rPr>
          <w:sz w:val="32"/>
          <w:szCs w:val="32"/>
        </w:rPr>
        <w:lastRenderedPageBreak/>
        <w:t>STRONGEST EVIDENCE requires the strict sample, sampling-bound, return, unresolved-trade and data-quality checks to pass. LIMITED / MIXED means some results exist but the standard is not met. NOT TESTED / INSUFFICIENT means usable test evidence is absent. Read the weakness text before comparing candidates.</w:t>
      </w:r>
    </w:p>
    <w:p w14:paraId="0496B211" w14:textId="77777777" w:rsidR="00050EDD" w:rsidRDefault="00050EDD" w:rsidP="00083292">
      <w:pPr>
        <w:keepLines/>
        <w:rPr>
          <w:b/>
          <w:bCs/>
          <w:color w:val="FFFF00"/>
          <w:sz w:val="40"/>
          <w:szCs w:val="36"/>
        </w:rPr>
      </w:pPr>
    </w:p>
    <w:p w14:paraId="01953898" w14:textId="61A8983D" w:rsidR="00D70979" w:rsidRPr="00050EDD" w:rsidRDefault="00857D04" w:rsidP="00083292">
      <w:pPr>
        <w:keepLines/>
        <w:rPr>
          <w:b/>
          <w:bCs/>
          <w:color w:val="FFC000"/>
          <w:sz w:val="40"/>
          <w:szCs w:val="36"/>
        </w:rPr>
      </w:pPr>
      <w:r w:rsidRPr="00050EDD">
        <w:rPr>
          <w:b/>
          <w:bCs/>
          <w:noProof/>
          <w:color w:val="FFC000"/>
          <w:sz w:val="40"/>
          <w:szCs w:val="36"/>
        </w:rPr>
        <mc:AlternateContent>
          <mc:Choice Requires="wps">
            <w:drawing>
              <wp:anchor distT="0" distB="0" distL="114300" distR="114300" simplePos="0" relativeHeight="251696640" behindDoc="0" locked="0" layoutInCell="1" allowOverlap="1" wp14:anchorId="162DEC33" wp14:editId="2484BF44">
                <wp:simplePos x="0" y="0"/>
                <wp:positionH relativeFrom="page">
                  <wp:posOffset>2667000</wp:posOffset>
                </wp:positionH>
                <wp:positionV relativeFrom="page">
                  <wp:posOffset>9625965</wp:posOffset>
                </wp:positionV>
                <wp:extent cx="2438400" cy="279400"/>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2438400" cy="279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93DCF2" w14:textId="004425F5" w:rsidR="00857D04" w:rsidRPr="00857D04" w:rsidRDefault="00857D04" w:rsidP="00083292">
                            <w:pPr>
                              <w:spacing w:after="0"/>
                              <w:rPr>
                                <w:rFonts w:cs="Calibri"/>
                                <w:b/>
                                <w:color w:val="FFFF00"/>
                                <w:sz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62DEC33" id="Text Box 11" o:spid="_x0000_s1049" type="#_x0000_t202" style="position:absolute;margin-left:210pt;margin-top:757.95pt;width:192pt;height:22pt;z-index:2516966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" filled="f" stroked="f" strokeweight=".5pt">
                <v:textbox inset="0,0,0,0">
                  <w:txbxContent>
                    <w:p w14:paraId="1693DCF2" w14:textId="004425F5" w:rsidR="00857D04" w:rsidRPr="00857D04" w:rsidRDefault="00857D04" w:rsidP="00083292">
                      <w:pPr>
                        <w:spacing w:after="0"/>
                        <w:rPr>
                          <w:rFonts w:cs="Calibri"/>
                          <w:b/>
                          <w:color w:val="FFFF00"/>
                          <w:sz w:val="28"/>
                        </w:rPr>
                      </w:pPr>
                    </w:p>
                  </w:txbxContent>
                </v:textbox>
                <w10:wrap anchorx="page" anchory="page"/>
              </v:shape>
            </w:pict>
          </mc:Fallback>
        </mc:AlternateContent>
      </w:r>
      <w:r w:rsidR="00762FD4" w:rsidRPr="00050EDD">
        <w:rPr>
          <w:b/>
          <w:bCs/>
          <w:color w:val="FFC000"/>
          <w:sz w:val="40"/>
          <w:szCs w:val="36"/>
        </w:rPr>
        <w:t>BUY and SELL on the chart</w:t>
      </w:r>
      <w:r w:rsidR="00000000">
        <w:rPr>
          <w:b/>
          <w:bCs/>
          <w:color w:val="FFC000"/>
          <w:sz w:val="32"/>
          <w:szCs w:val="28"/>
        </w:rPr>
        <w:pict w14:anchorId="76E7A400">
          <v:rect id="Web2BlackFlow55" o:spid="_x0000_s2053" style="position:absolute;margin-left:0;margin-top:0;width:612pt;height:11in;z-index:-251612160;mso-position-horizontal-relative:page;mso-position-vertical-relative:page" fillcolor="black" stroked="f">
            <w10:wrap anchorx="page" anchory="page"/>
          </v:rect>
        </w:pict>
      </w:r>
    </w:p>
    <w:p w14:paraId="54A8E19B" w14:textId="55E44948" w:rsidR="00D70979" w:rsidRPr="00E56B01" w:rsidRDefault="00762FD4">
      <w:pPr>
        <w:keepLines/>
        <w:rPr>
          <w:sz w:val="32"/>
          <w:szCs w:val="32"/>
        </w:rPr>
      </w:pPr>
      <w:r w:rsidRPr="00E56B01">
        <w:rPr>
          <w:b/>
          <w:color w:val="FFC526"/>
          <w:sz w:val="32"/>
          <w:szCs w:val="32"/>
        </w:rPr>
        <w:t xml:space="preserve">1. Open the </w:t>
      </w:r>
      <w:proofErr w:type="gramStart"/>
      <w:r w:rsidRPr="00E56B01">
        <w:rPr>
          <w:b/>
          <w:color w:val="FFC526"/>
          <w:sz w:val="32"/>
          <w:szCs w:val="32"/>
        </w:rPr>
        <w:t xml:space="preserve">ticket  </w:t>
      </w:r>
      <w:r w:rsidRPr="00E56B01">
        <w:rPr>
          <w:sz w:val="32"/>
          <w:szCs w:val="32"/>
        </w:rPr>
        <w:t>BUY</w:t>
      </w:r>
      <w:proofErr w:type="gramEnd"/>
      <w:r w:rsidRPr="00E56B01">
        <w:rPr>
          <w:sz w:val="32"/>
          <w:szCs w:val="32"/>
        </w:rPr>
        <w:t xml:space="preserve"> or SELL opens the existing order ticket with the displayed stock selected. This is the chart’s stock, not the MACDX command.</w:t>
      </w:r>
    </w:p>
    <w:p w14:paraId="6DE3CE99" w14:textId="548A52B1" w:rsidR="00D70979" w:rsidRPr="00E56B01" w:rsidRDefault="00762FD4">
      <w:pPr>
        <w:keepLines/>
        <w:rPr>
          <w:sz w:val="32"/>
          <w:szCs w:val="32"/>
        </w:rPr>
      </w:pPr>
      <w:r w:rsidRPr="00E56B01">
        <w:rPr>
          <w:b/>
          <w:color w:val="FFC526"/>
          <w:sz w:val="32"/>
          <w:szCs w:val="32"/>
        </w:rPr>
        <w:t xml:space="preserve">2. Review the </w:t>
      </w:r>
      <w:proofErr w:type="gramStart"/>
      <w:r w:rsidRPr="00E56B01">
        <w:rPr>
          <w:b/>
          <w:color w:val="FFC526"/>
          <w:sz w:val="32"/>
          <w:szCs w:val="32"/>
        </w:rPr>
        <w:t xml:space="preserve">trade  </w:t>
      </w:r>
      <w:r w:rsidRPr="00E56B01">
        <w:rPr>
          <w:sz w:val="32"/>
          <w:szCs w:val="32"/>
        </w:rPr>
        <w:t>Check</w:t>
      </w:r>
      <w:proofErr w:type="gramEnd"/>
      <w:r w:rsidRPr="00E56B01">
        <w:rPr>
          <w:sz w:val="32"/>
          <w:szCs w:val="32"/>
        </w:rPr>
        <w:t xml:space="preserve"> the symbol, active broker, paper or live mode, quantity, order type and any price before submitting. SELL may prefill your owned quantity; verify it.</w:t>
      </w:r>
    </w:p>
    <w:p w14:paraId="5779C056" w14:textId="2210D611" w:rsidR="00D70979" w:rsidRPr="00E56B01" w:rsidRDefault="00762FD4">
      <w:pPr>
        <w:keepLines/>
        <w:rPr>
          <w:sz w:val="32"/>
          <w:szCs w:val="32"/>
        </w:rPr>
      </w:pPr>
      <w:r w:rsidRPr="00E56B01">
        <w:rPr>
          <w:b/>
          <w:color w:val="FFC526"/>
          <w:sz w:val="32"/>
          <w:szCs w:val="32"/>
        </w:rPr>
        <w:t xml:space="preserve">3. Submit </w:t>
      </w:r>
      <w:proofErr w:type="gramStart"/>
      <w:r w:rsidRPr="00E56B01">
        <w:rPr>
          <w:b/>
          <w:color w:val="FFC526"/>
          <w:sz w:val="32"/>
          <w:szCs w:val="32"/>
        </w:rPr>
        <w:t xml:space="preserve">deliberately  </w:t>
      </w:r>
      <w:r w:rsidRPr="00E56B01">
        <w:rPr>
          <w:sz w:val="32"/>
          <w:szCs w:val="32"/>
        </w:rPr>
        <w:t>Complete</w:t>
      </w:r>
      <w:proofErr w:type="gramEnd"/>
      <w:r w:rsidRPr="00E56B01">
        <w:rPr>
          <w:sz w:val="32"/>
          <w:szCs w:val="32"/>
        </w:rPr>
        <w:t xml:space="preserve"> the ticket’s required confirmation. Scanning, selecting a result and loading a chart never submit orders. Check OPEN ORDERS or history for </w:t>
      </w:r>
      <w:r w:rsidR="00450670">
        <w:rPr>
          <w:sz w:val="32"/>
          <w:szCs w:val="32"/>
        </w:rPr>
        <w:t xml:space="preserve">the </w:t>
      </w:r>
      <w:proofErr w:type="spellStart"/>
      <w:r w:rsidR="00450670">
        <w:rPr>
          <w:sz w:val="32"/>
          <w:szCs w:val="32"/>
        </w:rPr>
        <w:t>brokers’s</w:t>
      </w:r>
      <w:proofErr w:type="spellEnd"/>
      <w:r w:rsidR="00450670">
        <w:rPr>
          <w:sz w:val="32"/>
          <w:szCs w:val="32"/>
        </w:rPr>
        <w:t xml:space="preserve"> final status.</w:t>
      </w:r>
    </w:p>
    <w:p w14:paraId="504FCC5A" w14:textId="471D9B86" w:rsidR="00450670" w:rsidRPr="00E56B01" w:rsidRDefault="00000000">
      <w:pPr>
        <w:keepLines/>
        <w:rPr>
          <w:sz w:val="32"/>
          <w:szCs w:val="32"/>
        </w:rPr>
      </w:pPr>
      <w:r>
        <w:rPr>
          <w:sz w:val="24"/>
          <w:szCs w:val="24"/>
        </w:rPr>
        <w:pict w14:anchorId="17880ED0">
          <v:rect id="Web2BlackFlow57" o:spid="_x0000_s2051" style="position:absolute;margin-left:-24.95pt;margin-top:641.3pt;width:612pt;height:11in;z-index:-251611136;mso-position-horizontal-relative:page;mso-position-vertical-relative:page" fillcolor="black" stroked="f">
            <w10:wrap anchorx="page" anchory="page"/>
          </v:rect>
        </w:pict>
      </w:r>
      <w:r w:rsidR="00450670">
        <w:rPr>
          <w:noProof/>
          <w:sz w:val="52"/>
          <w:szCs w:val="40"/>
        </w:rPr>
        <mc:AlternateContent>
          <mc:Choice Requires="wps">
            <w:drawing>
              <wp:anchor distT="0" distB="0" distL="114300" distR="114300" simplePos="0" relativeHeight="251698688" behindDoc="0" locked="0" layoutInCell="1" allowOverlap="1" wp14:anchorId="1CE0C039" wp14:editId="13AA677A">
                <wp:simplePos x="0" y="0"/>
                <wp:positionH relativeFrom="page">
                  <wp:posOffset>3035808</wp:posOffset>
                </wp:positionH>
                <wp:positionV relativeFrom="page">
                  <wp:posOffset>9156192</wp:posOffset>
                </wp:positionV>
                <wp:extent cx="1706880" cy="329057"/>
                <wp:effectExtent l="0" t="0" r="7620" b="13970"/>
                <wp:wrapNone/>
                <wp:docPr id="13" name="Text Box 13"/>
                <wp:cNvGraphicFramePr/>
                <a:graphic xmlns:a="http://schemas.openxmlformats.org/drawingml/2006/main">
                  <a:graphicData uri="http://schemas.microsoft.com/office/word/2010/wordprocessingShape">
                    <wps:wsp>
                      <wps:cNvSpPr txBox="1"/>
                      <wps:spPr>
                        <a:xfrm flipH="1">
                          <a:off x="0" y="0"/>
                          <a:ext cx="1706880" cy="329057"/>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C16D5E" w14:textId="4AFD1C12" w:rsidR="00450670" w:rsidRPr="00857D04" w:rsidRDefault="00450670" w:rsidP="00450670">
                            <w:pPr>
                              <w:spacing w:after="0"/>
                              <w:jc w:val="center"/>
                              <w:rPr>
                                <w:rFonts w:cs="Calibri"/>
                                <w:b/>
                                <w:color w:val="FFFF00"/>
                                <w:sz w:val="28"/>
                              </w:rPr>
                            </w:pPr>
                            <w:r w:rsidRPr="00857D04">
                              <w:rPr>
                                <w:rFonts w:cs="Calibri"/>
                                <w:b/>
                                <w:color w:val="FFFF00"/>
                                <w:sz w:val="28"/>
                              </w:rPr>
                              <w:t xml:space="preserve">Page </w:t>
                            </w:r>
                            <w:r>
                              <w:rPr>
                                <w:rFonts w:cs="Calibri"/>
                                <w:b/>
                                <w:color w:val="FFFF00"/>
                                <w:sz w:val="28"/>
                              </w:rPr>
                              <w:t xml:space="preserve">8 of </w:t>
                            </w:r>
                            <w:r w:rsidR="00E52084">
                              <w:rPr>
                                <w:rFonts w:cs="Calibri"/>
                                <w:b/>
                                <w:color w:val="FFFF00"/>
                                <w:sz w:val="28"/>
                              </w:rPr>
                              <w:t>8</w:t>
                            </w:r>
                          </w:p>
                          <w:p w14:paraId="3798F977" w14:textId="77777777" w:rsidR="00450670" w:rsidRDefault="0045067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0C039" id="Text Box 13" o:spid="_x0000_s1050" type="#_x0000_t202" style="position:absolute;margin-left:239.05pt;margin-top:720.95pt;width:134.4pt;height:25.9pt;flip:x;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" filled="f" stroked="f" strokeweight=".5pt">
                <v:textbox inset="0,0,0,0">
                  <w:txbxContent>
                    <w:p w14:paraId="7EC16D5E" w14:textId="4AFD1C12" w:rsidR="00450670" w:rsidRPr="00857D04" w:rsidRDefault="00450670" w:rsidP="00450670">
                      <w:pPr>
                        <w:spacing w:after="0"/>
                        <w:jc w:val="center"/>
                        <w:rPr>
                          <w:rFonts w:cs="Calibri"/>
                          <w:b/>
                          <w:color w:val="FFFF00"/>
                          <w:sz w:val="28"/>
                        </w:rPr>
                      </w:pPr>
                      <w:r w:rsidRPr="00857D04">
                        <w:rPr>
                          <w:rFonts w:cs="Calibri"/>
                          <w:b/>
                          <w:color w:val="FFFF00"/>
                          <w:sz w:val="28"/>
                        </w:rPr>
                        <w:t xml:space="preserve">Page </w:t>
                      </w:r>
                      <w:r>
                        <w:rPr>
                          <w:rFonts w:cs="Calibri"/>
                          <w:b/>
                          <w:color w:val="FFFF00"/>
                          <w:sz w:val="28"/>
                        </w:rPr>
                        <w:t xml:space="preserve">8 of </w:t>
                      </w:r>
                      <w:r w:rsidR="00E52084">
                        <w:rPr>
                          <w:rFonts w:cs="Calibri"/>
                          <w:b/>
                          <w:color w:val="FFFF00"/>
                          <w:sz w:val="28"/>
                        </w:rPr>
                        <w:t>8</w:t>
                      </w:r>
                    </w:p>
                    <w:p w14:paraId="3798F977" w14:textId="77777777" w:rsidR="00450670" w:rsidRDefault="00450670"/>
                  </w:txbxContent>
                </v:textbox>
                <w10:wrap anchorx="page" anchory="page"/>
              </v:shape>
            </w:pict>
          </mc:Fallback>
        </mc:AlternateContent>
      </w:r>
    </w:p>
    <w:sectPr w:rsidR="00450670" w:rsidRPr="00E56B01" w:rsidSect="00034616">
      <w:footerReference w:type="even" r:id="rId9"/>
      <w:footerReference w:type="default" r:id="rId10"/>
      <w:footerReference w:type="first" r:id="rId11"/>
      <w:pgSz w:w="12240" w:h="15840"/>
      <w:pgMar w:top="864" w:right="936" w:bottom="864" w:left="936"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BAA8A" w14:textId="77777777" w:rsidR="000570F9" w:rsidRDefault="000570F9" w:rsidP="00A82528">
      <w:pPr>
        <w:spacing w:after="0" w:line="240" w:lineRule="auto"/>
      </w:pPr>
      <w:r>
        <w:separator/>
      </w:r>
    </w:p>
  </w:endnote>
  <w:endnote w:type="continuationSeparator" w:id="0">
    <w:p w14:paraId="049F6B05" w14:textId="77777777" w:rsidR="000570F9" w:rsidRDefault="000570F9" w:rsidP="00A82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41121" w14:textId="77777777" w:rsidR="00096A5D" w:rsidRDefault="00D85425">
    <w:pPr>
      <w:spacing w:after="0"/>
      <w:jc w:val="center"/>
    </w:pPr>
    <w:r>
      <w:rPr>
        <w:b/>
        <w:color w:val="FFC526"/>
        <w:sz w:val="28"/>
      </w:rPr>
      <w:t xml:space="preserve">Page </w:t>
    </w:r>
    <w:r>
      <w:rPr>
        <w:b/>
        <w:color w:val="FFC526"/>
        <w:sz w:val="28"/>
      </w:rPr>
      <w:fldChar w:fldCharType="begin"/>
    </w:r>
    <w:r>
      <w:rPr>
        <w:b/>
        <w:color w:val="FFC526"/>
        <w:sz w:val="28"/>
      </w:rPr>
      <w:instrText>PAGE</w:instrText>
    </w:r>
    <w:r>
      <w:rPr>
        <w:b/>
        <w:color w:val="FFC526"/>
        <w:sz w:val="28"/>
      </w:rPr>
      <w:fldChar w:fldCharType="separate"/>
    </w:r>
    <w:r>
      <w:rPr>
        <w:b/>
        <w:color w:val="FFC526"/>
        <w:sz w:val="28"/>
      </w:rPr>
      <w:t>1</w:t>
    </w:r>
    <w:r>
      <w:rPr>
        <w:b/>
        <w:color w:val="FFC526"/>
        <w:sz w:val="28"/>
      </w:rPr>
      <w:fldChar w:fldCharType="end"/>
    </w:r>
    <w:r>
      <w:rPr>
        <w:b/>
        <w:color w:val="FFC526"/>
        <w:sz w:val="28"/>
      </w:rPr>
      <w:t xml:space="preserve"> of </w:t>
    </w:r>
    <w:r>
      <w:rPr>
        <w:b/>
        <w:color w:val="FFC526"/>
        <w:sz w:val="28"/>
      </w:rPr>
      <w:fldChar w:fldCharType="begin"/>
    </w:r>
    <w:r>
      <w:rPr>
        <w:b/>
        <w:color w:val="FFC526"/>
        <w:sz w:val="28"/>
      </w:rPr>
      <w:instrText>NUMPAGES</w:instrText>
    </w:r>
    <w:r>
      <w:rPr>
        <w:b/>
        <w:color w:val="FFC526"/>
        <w:sz w:val="28"/>
      </w:rPr>
      <w:fldChar w:fldCharType="separate"/>
    </w:r>
    <w:r>
      <w:rPr>
        <w:b/>
        <w:color w:val="FFC526"/>
        <w:sz w:val="28"/>
      </w:rPr>
      <w:t>1</w:t>
    </w:r>
    <w:r>
      <w:rPr>
        <w:b/>
        <w:color w:val="FFC526"/>
        <w:sz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2B5ED" w14:textId="77777777" w:rsidR="00096A5D" w:rsidRDefault="00D85425">
    <w:pPr>
      <w:spacing w:after="0"/>
      <w:jc w:val="center"/>
    </w:pPr>
    <w:r>
      <w:rPr>
        <w:b/>
        <w:color w:val="FFC526"/>
        <w:sz w:val="28"/>
      </w:rPr>
      <w:t xml:space="preserve">Page </w:t>
    </w:r>
    <w:r>
      <w:rPr>
        <w:b/>
        <w:color w:val="FFC526"/>
        <w:sz w:val="28"/>
      </w:rPr>
      <w:fldChar w:fldCharType="begin"/>
    </w:r>
    <w:r>
      <w:rPr>
        <w:b/>
        <w:color w:val="FFC526"/>
        <w:sz w:val="28"/>
      </w:rPr>
      <w:instrText>PAGE</w:instrText>
    </w:r>
    <w:r>
      <w:rPr>
        <w:b/>
        <w:color w:val="FFC526"/>
        <w:sz w:val="28"/>
      </w:rPr>
      <w:fldChar w:fldCharType="separate"/>
    </w:r>
    <w:r>
      <w:rPr>
        <w:b/>
        <w:color w:val="FFC526"/>
        <w:sz w:val="28"/>
      </w:rPr>
      <w:t>1</w:t>
    </w:r>
    <w:r>
      <w:rPr>
        <w:b/>
        <w:color w:val="FFC526"/>
        <w:sz w:val="28"/>
      </w:rPr>
      <w:fldChar w:fldCharType="end"/>
    </w:r>
    <w:r>
      <w:rPr>
        <w:b/>
        <w:color w:val="FFC526"/>
        <w:sz w:val="28"/>
      </w:rPr>
      <w:t xml:space="preserve"> of </w:t>
    </w:r>
    <w:r>
      <w:rPr>
        <w:b/>
        <w:color w:val="FFC526"/>
        <w:sz w:val="28"/>
      </w:rPr>
      <w:fldChar w:fldCharType="begin"/>
    </w:r>
    <w:r>
      <w:rPr>
        <w:b/>
        <w:color w:val="FFC526"/>
        <w:sz w:val="28"/>
      </w:rPr>
      <w:instrText>NUMPAGES</w:instrText>
    </w:r>
    <w:r>
      <w:rPr>
        <w:b/>
        <w:color w:val="FFC526"/>
        <w:sz w:val="28"/>
      </w:rPr>
      <w:fldChar w:fldCharType="separate"/>
    </w:r>
    <w:r>
      <w:rPr>
        <w:b/>
        <w:color w:val="FFC526"/>
        <w:sz w:val="28"/>
      </w:rPr>
      <w:t>1</w:t>
    </w:r>
    <w:r>
      <w:rPr>
        <w:b/>
        <w:color w:val="FFC526"/>
        <w:sz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72C63" w14:textId="77777777" w:rsidR="00096A5D" w:rsidRDefault="00D85425">
    <w:pPr>
      <w:spacing w:after="0"/>
      <w:jc w:val="center"/>
    </w:pPr>
    <w:r>
      <w:rPr>
        <w:b/>
        <w:color w:val="FFC526"/>
        <w:sz w:val="28"/>
      </w:rPr>
      <w:t xml:space="preserve">Page </w:t>
    </w:r>
    <w:r>
      <w:rPr>
        <w:b/>
        <w:color w:val="FFC526"/>
        <w:sz w:val="28"/>
      </w:rPr>
      <w:fldChar w:fldCharType="begin"/>
    </w:r>
    <w:r>
      <w:rPr>
        <w:b/>
        <w:color w:val="FFC526"/>
        <w:sz w:val="28"/>
      </w:rPr>
      <w:instrText>PAGE</w:instrText>
    </w:r>
    <w:r>
      <w:rPr>
        <w:b/>
        <w:color w:val="FFC526"/>
        <w:sz w:val="28"/>
      </w:rPr>
      <w:fldChar w:fldCharType="separate"/>
    </w:r>
    <w:r>
      <w:rPr>
        <w:b/>
        <w:color w:val="FFC526"/>
        <w:sz w:val="28"/>
      </w:rPr>
      <w:t>1</w:t>
    </w:r>
    <w:r>
      <w:rPr>
        <w:b/>
        <w:color w:val="FFC526"/>
        <w:sz w:val="28"/>
      </w:rPr>
      <w:fldChar w:fldCharType="end"/>
    </w:r>
    <w:r>
      <w:rPr>
        <w:b/>
        <w:color w:val="FFC526"/>
        <w:sz w:val="28"/>
      </w:rPr>
      <w:t xml:space="preserve"> of </w:t>
    </w:r>
    <w:r>
      <w:rPr>
        <w:b/>
        <w:color w:val="FFC526"/>
        <w:sz w:val="28"/>
      </w:rPr>
      <w:fldChar w:fldCharType="begin"/>
    </w:r>
    <w:r>
      <w:rPr>
        <w:b/>
        <w:color w:val="FFC526"/>
        <w:sz w:val="28"/>
      </w:rPr>
      <w:instrText>NUMPAGES</w:instrText>
    </w:r>
    <w:r>
      <w:rPr>
        <w:b/>
        <w:color w:val="FFC526"/>
        <w:sz w:val="28"/>
      </w:rPr>
      <w:fldChar w:fldCharType="separate"/>
    </w:r>
    <w:r>
      <w:rPr>
        <w:b/>
        <w:color w:val="FFC526"/>
        <w:sz w:val="28"/>
      </w:rPr>
      <w:t>1</w:t>
    </w:r>
    <w:r>
      <w:rPr>
        <w:b/>
        <w:color w:val="FFC526"/>
        <w:sz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D7AD9" w14:textId="77777777" w:rsidR="000570F9" w:rsidRDefault="000570F9" w:rsidP="00A82528">
      <w:pPr>
        <w:spacing w:after="0" w:line="240" w:lineRule="auto"/>
      </w:pPr>
      <w:r>
        <w:separator/>
      </w:r>
    </w:p>
  </w:footnote>
  <w:footnote w:type="continuationSeparator" w:id="0">
    <w:p w14:paraId="39D37692" w14:textId="77777777" w:rsidR="000570F9" w:rsidRDefault="000570F9" w:rsidP="00A825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85883603">
    <w:abstractNumId w:val="8"/>
  </w:num>
  <w:num w:numId="2" w16cid:durableId="463356295">
    <w:abstractNumId w:val="6"/>
  </w:num>
  <w:num w:numId="3" w16cid:durableId="2135756979">
    <w:abstractNumId w:val="5"/>
  </w:num>
  <w:num w:numId="4" w16cid:durableId="1707949675">
    <w:abstractNumId w:val="4"/>
  </w:num>
  <w:num w:numId="5" w16cid:durableId="1650667184">
    <w:abstractNumId w:val="7"/>
  </w:num>
  <w:num w:numId="6" w16cid:durableId="749736886">
    <w:abstractNumId w:val="3"/>
  </w:num>
  <w:num w:numId="7" w16cid:durableId="758522645">
    <w:abstractNumId w:val="2"/>
  </w:num>
  <w:num w:numId="8" w16cid:durableId="732197374">
    <w:abstractNumId w:val="1"/>
  </w:num>
  <w:num w:numId="9" w16cid:durableId="485366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hdrShapeDefaults>
    <o:shapedefaults v:ext="edit" spidmax="2108"/>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0EDD"/>
    <w:rsid w:val="000570F9"/>
    <w:rsid w:val="0006063C"/>
    <w:rsid w:val="00083292"/>
    <w:rsid w:val="00096A5D"/>
    <w:rsid w:val="000B61AB"/>
    <w:rsid w:val="000B7D5D"/>
    <w:rsid w:val="00136DE0"/>
    <w:rsid w:val="0015074B"/>
    <w:rsid w:val="001F46E6"/>
    <w:rsid w:val="00234913"/>
    <w:rsid w:val="002424D9"/>
    <w:rsid w:val="0029639D"/>
    <w:rsid w:val="00296FEC"/>
    <w:rsid w:val="00326F90"/>
    <w:rsid w:val="0034007E"/>
    <w:rsid w:val="003D3DD8"/>
    <w:rsid w:val="00450670"/>
    <w:rsid w:val="00564E54"/>
    <w:rsid w:val="00572FE4"/>
    <w:rsid w:val="00701441"/>
    <w:rsid w:val="00762FD4"/>
    <w:rsid w:val="00785427"/>
    <w:rsid w:val="00802A2B"/>
    <w:rsid w:val="00857D04"/>
    <w:rsid w:val="008B439A"/>
    <w:rsid w:val="00952D9D"/>
    <w:rsid w:val="00A338FB"/>
    <w:rsid w:val="00A65E05"/>
    <w:rsid w:val="00A74669"/>
    <w:rsid w:val="00A82528"/>
    <w:rsid w:val="00AA1D8D"/>
    <w:rsid w:val="00AC79E7"/>
    <w:rsid w:val="00B47730"/>
    <w:rsid w:val="00B7738A"/>
    <w:rsid w:val="00C1473D"/>
    <w:rsid w:val="00C43E57"/>
    <w:rsid w:val="00CB0664"/>
    <w:rsid w:val="00CB6904"/>
    <w:rsid w:val="00D430A9"/>
    <w:rsid w:val="00D70979"/>
    <w:rsid w:val="00D835BC"/>
    <w:rsid w:val="00D85425"/>
    <w:rsid w:val="00E52084"/>
    <w:rsid w:val="00E56B01"/>
    <w:rsid w:val="00EB7DCB"/>
    <w:rsid w:val="00EC4A84"/>
    <w:rsid w:val="00F10F4D"/>
    <w:rsid w:val="00F175E4"/>
    <w:rsid w:val="00FB382E"/>
    <w:rsid w:val="00FC693F"/>
    <w:rsid w:val="00FE69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8"/>
    <o:shapelayout v:ext="edit">
      <o:idmap v:ext="edit" data="2"/>
    </o:shapelayout>
  </w:shapeDefaults>
  <w:decimalSymbol w:val="."/>
  <w:listSeparator w:val=","/>
  <w14:docId w14:val="51635580"/>
  <w14:defaultImageDpi w14:val="300"/>
  <w15:docId w15:val="{B9E0C2F8-8DD8-4F72-BC3E-14DCADAF7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line="259" w:lineRule="auto"/>
    </w:pPr>
    <w:rPr>
      <w:rFonts w:ascii="Calibri" w:hAnsi="Calibri"/>
      <w:color w:val="FFFFFF"/>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FFC526"/>
      <w:sz w:val="42"/>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FFC526"/>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line="240" w:lineRule="auto"/>
      <w:contextualSpacing/>
    </w:pPr>
    <w:rPr>
      <w:rFonts w:asciiTheme="majorHAnsi" w:eastAsiaTheme="majorEastAsia" w:hAnsiTheme="majorHAnsi" w:cstheme="majorBidi"/>
      <w:color w:val="FFC526"/>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1321</Words>
  <Characters>6937</Characters>
  <Application>Microsoft Office Word</Application>
  <DocSecurity>0</DocSecurity>
  <Lines>102</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MACDX-WEB2</dc:title>
  <dc:subject>Web2 MACDX scanner illustrated guide</dc:subject>
  <dc:creator>CHARM Trader</dc:creator>
  <cp:keywords/>
  <dc:description>generated by python-docx</dc:description>
  <cp:lastModifiedBy>Irwin Gretczko</cp:lastModifiedBy>
  <cp:revision>30</cp:revision>
  <dcterms:created xsi:type="dcterms:W3CDTF">2013-12-23T23:15:00Z</dcterms:created>
  <dcterms:modified xsi:type="dcterms:W3CDTF">2026-09-12T22:44:00Z</dcterms:modified>
  <cp:category/>
</cp:coreProperties>
</file>